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AAF39D" w14:textId="77777777" w:rsidR="00CE0ED1" w:rsidRDefault="00CE0ED1">
      <w:pPr>
        <w:pStyle w:val="Heading1"/>
        <w:rPr>
          <w:rFonts w:ascii="Poppins" w:hAnsi="Poppins"/>
          <w:sz w:val="20"/>
          <w:szCs w:val="20"/>
        </w:rPr>
      </w:pPr>
    </w:p>
    <w:p w14:paraId="105094FF" w14:textId="77777777" w:rsidR="00CE0ED1" w:rsidRDefault="00CE0ED1">
      <w:pPr>
        <w:pStyle w:val="Heading1"/>
        <w:rPr>
          <w:rFonts w:ascii="Poppins" w:hAnsi="Poppins"/>
          <w:sz w:val="20"/>
          <w:szCs w:val="20"/>
        </w:rPr>
      </w:pPr>
    </w:p>
    <w:p w14:paraId="7E70AEA2" w14:textId="77777777" w:rsidR="00E71F6A" w:rsidRPr="00464B0D" w:rsidRDefault="00EB3C53" w:rsidP="37B425E6">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37B425E6">
        <w:rPr>
          <w:rFonts w:ascii="Poppins" w:hAnsi="Poppins" w:cs="Poppins"/>
          <w:b/>
          <w:bCs/>
          <w:color w:val="auto"/>
          <w:spacing w:val="-10"/>
          <w:sz w:val="28"/>
          <w:szCs w:val="28"/>
          <w:lang w:val="en-AU"/>
          <w14:ligatures w14:val="standardContextual"/>
        </w:rPr>
        <w:t>Job Description – Administrative Assistant / Rece</w:t>
      </w:r>
      <w:r w:rsidR="00CE0ED1" w:rsidRPr="37B425E6">
        <w:rPr>
          <w:rFonts w:ascii="Poppins" w:hAnsi="Poppins" w:cs="Poppins"/>
          <w:b/>
          <w:bCs/>
          <w:color w:val="auto"/>
          <w:spacing w:val="-10"/>
          <w:sz w:val="28"/>
          <w:szCs w:val="28"/>
          <w:lang w:val="en-AU"/>
          <w14:ligatures w14:val="standardContextual"/>
        </w:rPr>
        <w:t xml:space="preserve">ption Support </w:t>
      </w:r>
    </w:p>
    <w:p w14:paraId="43E87F4D" w14:textId="77777777" w:rsidR="00CE0ED1" w:rsidRDefault="00CE0ED1">
      <w:pPr>
        <w:rPr>
          <w:rFonts w:ascii="Poppins" w:hAnsi="Poppins"/>
          <w:sz w:val="20"/>
          <w:szCs w:val="20"/>
        </w:rPr>
      </w:pPr>
    </w:p>
    <w:p w14:paraId="49688FF4" w14:textId="77777777" w:rsidR="00E71F6A" w:rsidRPr="00CE0ED1" w:rsidRDefault="00CE0ED1">
      <w:pPr>
        <w:rPr>
          <w:rFonts w:ascii="Poppins" w:hAnsi="Poppins"/>
          <w:sz w:val="20"/>
          <w:szCs w:val="20"/>
        </w:rPr>
      </w:pPr>
      <w:r w:rsidRPr="00CE0ED1">
        <w:rPr>
          <w:rFonts w:ascii="Poppins" w:eastAsiaTheme="minorHAnsi" w:hAnsi="Poppins" w:cs="Poppins"/>
          <w:b/>
          <w:bCs/>
          <w:color w:val="B48F49"/>
          <w:kern w:val="2"/>
          <w:sz w:val="20"/>
          <w:szCs w:val="20"/>
          <w:lang w:val="en-AU"/>
          <w14:ligatures w14:val="standardContextual"/>
        </w:rPr>
        <w:t>Document Control</w:t>
      </w:r>
      <w:r w:rsidRPr="00CE0ED1">
        <w:rPr>
          <w:rFonts w:ascii="Poppins" w:eastAsiaTheme="minorHAnsi" w:hAnsi="Poppins" w:cs="Poppins"/>
          <w:b/>
          <w:bCs/>
          <w:color w:val="B48F49"/>
          <w:kern w:val="2"/>
          <w:sz w:val="20"/>
          <w:szCs w:val="20"/>
          <w:lang w:val="en-AU"/>
          <w14:ligatures w14:val="standardContextual"/>
        </w:rPr>
        <w:br/>
      </w:r>
      <w:r w:rsidR="00EB3C53" w:rsidRPr="00CE0ED1">
        <w:rPr>
          <w:rFonts w:ascii="Poppins" w:eastAsiaTheme="minorHAnsi" w:hAnsi="Poppins" w:cs="Poppins"/>
          <w:b/>
          <w:bCs/>
          <w:kern w:val="2"/>
          <w:sz w:val="20"/>
          <w:szCs w:val="20"/>
          <w:lang w:val="en-AU"/>
          <w14:ligatures w14:val="standardContextual"/>
        </w:rPr>
        <w:t>Position Title</w:t>
      </w:r>
      <w:r w:rsidR="00EB3C53" w:rsidRPr="00CE0ED1">
        <w:rPr>
          <w:rFonts w:ascii="Poppins" w:hAnsi="Poppins"/>
          <w:sz w:val="20"/>
          <w:szCs w:val="20"/>
        </w:rPr>
        <w:t>: Administrative Assistant / Reception Support</w:t>
      </w:r>
      <w:r w:rsidR="00EB3C53" w:rsidRPr="00CE0ED1">
        <w:rPr>
          <w:rFonts w:ascii="Poppins" w:hAnsi="Poppins"/>
          <w:sz w:val="20"/>
          <w:szCs w:val="20"/>
        </w:rPr>
        <w:br/>
      </w:r>
      <w:r w:rsidR="00EB3C53" w:rsidRPr="00CE0ED1">
        <w:rPr>
          <w:rFonts w:ascii="Poppins" w:eastAsiaTheme="minorHAnsi" w:hAnsi="Poppins" w:cs="Poppins"/>
          <w:b/>
          <w:bCs/>
          <w:kern w:val="2"/>
          <w:sz w:val="20"/>
          <w:szCs w:val="20"/>
          <w:lang w:val="en-AU"/>
          <w14:ligatures w14:val="standardContextual"/>
        </w:rPr>
        <w:t>Department</w:t>
      </w:r>
      <w:r w:rsidR="00EB3C53" w:rsidRPr="00CE0ED1">
        <w:rPr>
          <w:rFonts w:ascii="Poppins" w:hAnsi="Poppins"/>
          <w:sz w:val="20"/>
          <w:szCs w:val="20"/>
        </w:rPr>
        <w:t>: Corporate and Administration</w:t>
      </w:r>
      <w:r w:rsidR="00EB3C53" w:rsidRPr="00CE0ED1">
        <w:rPr>
          <w:rFonts w:ascii="Poppins" w:hAnsi="Poppins"/>
          <w:sz w:val="20"/>
          <w:szCs w:val="20"/>
        </w:rPr>
        <w:br/>
      </w:r>
      <w:r w:rsidR="00EB3C53" w:rsidRPr="00CE0ED1">
        <w:rPr>
          <w:rFonts w:ascii="Poppins" w:eastAsiaTheme="minorHAnsi" w:hAnsi="Poppins" w:cs="Poppins"/>
          <w:b/>
          <w:bCs/>
          <w:kern w:val="2"/>
          <w:sz w:val="20"/>
          <w:szCs w:val="20"/>
          <w:lang w:val="en-AU"/>
          <w14:ligatures w14:val="standardContextual"/>
        </w:rPr>
        <w:t>Reports To</w:t>
      </w:r>
      <w:r w:rsidR="00EB3C53" w:rsidRPr="00CE0ED1">
        <w:rPr>
          <w:rFonts w:ascii="Poppins" w:hAnsi="Poppins"/>
          <w:sz w:val="20"/>
          <w:szCs w:val="20"/>
        </w:rPr>
        <w:t>: Office Manager / Head of Administration</w:t>
      </w:r>
      <w:r w:rsidR="00EB3C53" w:rsidRPr="00CE0ED1">
        <w:rPr>
          <w:rFonts w:ascii="Poppins" w:hAnsi="Poppins"/>
          <w:sz w:val="20"/>
          <w:szCs w:val="20"/>
        </w:rPr>
        <w:br/>
      </w:r>
      <w:r w:rsidR="00EB3C53" w:rsidRPr="00CE0ED1">
        <w:rPr>
          <w:rFonts w:ascii="Poppins" w:eastAsiaTheme="minorHAnsi" w:hAnsi="Poppins" w:cs="Poppins"/>
          <w:b/>
          <w:bCs/>
          <w:kern w:val="2"/>
          <w:sz w:val="20"/>
          <w:szCs w:val="20"/>
          <w:lang w:val="en-AU"/>
          <w14:ligatures w14:val="standardContextual"/>
        </w:rPr>
        <w:t>Version:</w:t>
      </w:r>
      <w:r w:rsidR="00EB3C53" w:rsidRPr="00CE0ED1">
        <w:rPr>
          <w:rFonts w:ascii="Poppins" w:hAnsi="Poppins"/>
          <w:sz w:val="20"/>
          <w:szCs w:val="20"/>
        </w:rPr>
        <w:t xml:space="preserve"> 1.0</w:t>
      </w:r>
    </w:p>
    <w:p w14:paraId="4B675B75"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Job Overview</w:t>
      </w:r>
    </w:p>
    <w:p w14:paraId="572C6CD9" w14:textId="77777777" w:rsidR="00E71F6A" w:rsidRPr="00CE0ED1" w:rsidRDefault="00EB3C53">
      <w:pPr>
        <w:rPr>
          <w:rFonts w:ascii="Poppins" w:hAnsi="Poppins"/>
          <w:sz w:val="20"/>
          <w:szCs w:val="20"/>
        </w:rPr>
      </w:pPr>
      <w:r w:rsidRPr="00CE0ED1">
        <w:rPr>
          <w:rFonts w:ascii="Poppins" w:hAnsi="Poppins"/>
          <w:sz w:val="20"/>
          <w:szCs w:val="20"/>
        </w:rPr>
        <w:t>The Administrative Assistant / Reception Support provides frontline and administrative support to ensure efficient daily operations across Grand Royale Group’s corporate and hospitality offices. This role manages reception duties, assists with document preparation, coordinates communications, and supports various departments in administrative tasks. The position requires professionalism, attention to detail, and a strong customer service orientation.</w:t>
      </w:r>
    </w:p>
    <w:p w14:paraId="5E589666"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Key Responsibilities</w:t>
      </w:r>
    </w:p>
    <w:p w14:paraId="078EB188" w14:textId="77777777" w:rsidR="0006272B" w:rsidRDefault="00EB3C53"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CE0ED1">
        <w:rPr>
          <w:rFonts w:ascii="Poppins" w:eastAsiaTheme="minorHAnsi" w:hAnsi="Poppins" w:cs="Poppins"/>
          <w:b/>
          <w:bCs/>
          <w:kern w:val="2"/>
          <w:sz w:val="20"/>
          <w:szCs w:val="20"/>
          <w:lang w:val="en-AU"/>
          <w14:ligatures w14:val="standardContextual"/>
        </w:rPr>
        <w:t>Reception &amp; Frontline Service</w:t>
      </w:r>
    </w:p>
    <w:p w14:paraId="083D6628" w14:textId="77777777" w:rsidR="0006272B" w:rsidRPr="0006272B" w:rsidRDefault="00EB3C53" w:rsidP="0006272B">
      <w:pPr>
        <w:pStyle w:val="ListBullet"/>
        <w:numPr>
          <w:ilvl w:val="0"/>
          <w:numId w:val="16"/>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Greet guests and visitors in a prof</w:t>
      </w:r>
      <w:r w:rsidR="0006272B">
        <w:rPr>
          <w:rFonts w:ascii="Poppins" w:hAnsi="Poppins"/>
          <w:sz w:val="20"/>
          <w:szCs w:val="20"/>
        </w:rPr>
        <w:t>essional and welcoming manner.</w:t>
      </w:r>
    </w:p>
    <w:p w14:paraId="3684C567" w14:textId="77777777" w:rsidR="0006272B" w:rsidRPr="0006272B" w:rsidRDefault="00EB3C53" w:rsidP="0006272B">
      <w:pPr>
        <w:pStyle w:val="ListBullet"/>
        <w:numPr>
          <w:ilvl w:val="0"/>
          <w:numId w:val="16"/>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Answer and direct phon</w:t>
      </w:r>
      <w:r w:rsidR="0006272B">
        <w:rPr>
          <w:rFonts w:ascii="Poppins" w:hAnsi="Poppins"/>
          <w:sz w:val="20"/>
          <w:szCs w:val="20"/>
        </w:rPr>
        <w:t>e calls and general enquiries.</w:t>
      </w:r>
    </w:p>
    <w:p w14:paraId="1E95D517" w14:textId="77777777" w:rsidR="0006272B" w:rsidRPr="0006272B" w:rsidRDefault="00EB3C53" w:rsidP="0006272B">
      <w:pPr>
        <w:pStyle w:val="ListBullet"/>
        <w:numPr>
          <w:ilvl w:val="0"/>
          <w:numId w:val="16"/>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Manage incoming and outgoing mail, d</w:t>
      </w:r>
      <w:r w:rsidR="0006272B">
        <w:rPr>
          <w:rFonts w:ascii="Poppins" w:hAnsi="Poppins"/>
          <w:sz w:val="20"/>
          <w:szCs w:val="20"/>
        </w:rPr>
        <w:t>eliveries, and correspondence.</w:t>
      </w:r>
    </w:p>
    <w:p w14:paraId="751C9092" w14:textId="77777777" w:rsidR="00E71F6A" w:rsidRPr="0006272B" w:rsidRDefault="00EB3C53" w:rsidP="0006272B">
      <w:pPr>
        <w:pStyle w:val="ListBullet"/>
        <w:numPr>
          <w:ilvl w:val="0"/>
          <w:numId w:val="16"/>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Maintain the reception area’s cleanliness and presentation.</w:t>
      </w:r>
    </w:p>
    <w:p w14:paraId="63E31A3D" w14:textId="77777777" w:rsidR="0006272B" w:rsidRDefault="0006272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A7270E7" w14:textId="77777777" w:rsidR="0006272B" w:rsidRDefault="00EB3C53"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CE0ED1">
        <w:rPr>
          <w:rFonts w:ascii="Poppins" w:eastAsiaTheme="minorHAnsi" w:hAnsi="Poppins" w:cs="Poppins"/>
          <w:b/>
          <w:bCs/>
          <w:kern w:val="2"/>
          <w:sz w:val="20"/>
          <w:szCs w:val="20"/>
          <w:lang w:val="en-AU"/>
          <w14:ligatures w14:val="standardContextual"/>
        </w:rPr>
        <w:t>Administrative Support</w:t>
      </w:r>
    </w:p>
    <w:p w14:paraId="3362001F" w14:textId="77777777" w:rsidR="0006272B" w:rsidRPr="0006272B" w:rsidRDefault="00EB3C53" w:rsidP="0006272B">
      <w:pPr>
        <w:pStyle w:val="ListBullet"/>
        <w:numPr>
          <w:ilvl w:val="0"/>
          <w:numId w:val="15"/>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Provide administrative support to m</w:t>
      </w:r>
      <w:r w:rsidR="0006272B">
        <w:rPr>
          <w:rFonts w:ascii="Poppins" w:hAnsi="Poppins"/>
          <w:sz w:val="20"/>
          <w:szCs w:val="20"/>
        </w:rPr>
        <w:t>anagers and staff as required.</w:t>
      </w:r>
    </w:p>
    <w:p w14:paraId="51AB7390" w14:textId="77777777" w:rsidR="0006272B" w:rsidRPr="0006272B" w:rsidRDefault="00EB3C53" w:rsidP="0006272B">
      <w:pPr>
        <w:pStyle w:val="ListBullet"/>
        <w:numPr>
          <w:ilvl w:val="0"/>
          <w:numId w:val="15"/>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Prepare reports, lette</w:t>
      </w:r>
      <w:r w:rsidR="0006272B">
        <w:rPr>
          <w:rFonts w:ascii="Poppins" w:hAnsi="Poppins"/>
          <w:sz w:val="20"/>
          <w:szCs w:val="20"/>
        </w:rPr>
        <w:t>rs, and meeting documentation.</w:t>
      </w:r>
    </w:p>
    <w:p w14:paraId="397D2E09" w14:textId="77777777" w:rsidR="0006272B" w:rsidRPr="0006272B" w:rsidRDefault="00EB3C53" w:rsidP="0006272B">
      <w:pPr>
        <w:pStyle w:val="ListBullet"/>
        <w:numPr>
          <w:ilvl w:val="0"/>
          <w:numId w:val="15"/>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Schedule appointments, meetings,</w:t>
      </w:r>
      <w:r w:rsidR="0006272B">
        <w:rPr>
          <w:rFonts w:ascii="Poppins" w:hAnsi="Poppins"/>
          <w:sz w:val="20"/>
          <w:szCs w:val="20"/>
        </w:rPr>
        <w:t xml:space="preserve"> and conference room bookings.</w:t>
      </w:r>
    </w:p>
    <w:p w14:paraId="45BBC65D" w14:textId="29D47463" w:rsidR="00D73A30" w:rsidRDefault="00EB3C53" w:rsidP="0ACD7C9D">
      <w:pPr>
        <w:pStyle w:val="ListBullet"/>
        <w:rPr>
          <w:rFonts w:ascii="Poppins" w:hAnsi="Poppins" w:cs="Poppins"/>
          <w:b/>
          <w:bCs/>
          <w:kern w:val="2"/>
          <w:sz w:val="20"/>
          <w:szCs w:val="20"/>
          <w:lang w:val="en-AU"/>
          <w14:ligatures w14:val="standardContextual"/>
        </w:rPr>
      </w:pPr>
      <w:r w:rsidRPr="0ACD7C9D">
        <w:rPr>
          <w:rFonts w:ascii="Poppins" w:hAnsi="Poppins"/>
          <w:sz w:val="20"/>
          <w:szCs w:val="20"/>
        </w:rPr>
        <w:t xml:space="preserve"> Assist with filing, photocopying, and maintaining records.</w:t>
      </w:r>
    </w:p>
    <w:p w14:paraId="08976F35" w14:textId="77777777" w:rsidR="00D73A30" w:rsidRDefault="00D73A30"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B872CC1" w14:textId="77777777" w:rsidR="00BD38CB" w:rsidRDefault="00BD38CB">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763721F8" w14:textId="77777777" w:rsidR="00BD38CB" w:rsidRDefault="00BD38C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0F16ED8" w14:textId="77777777" w:rsidR="00BD38CB" w:rsidRDefault="00BD38C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A03B344" w14:textId="77777777" w:rsidR="00BD38CB" w:rsidRDefault="00BD38C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29AB836" w14:textId="77777777" w:rsidR="00BD38CB" w:rsidRDefault="00BD38C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0F8FA1A" w14:textId="0B010EA0" w:rsidR="0006272B" w:rsidRDefault="00EB3C53"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CE0ED1">
        <w:rPr>
          <w:rFonts w:ascii="Poppins" w:eastAsiaTheme="minorHAnsi" w:hAnsi="Poppins" w:cs="Poppins"/>
          <w:b/>
          <w:bCs/>
          <w:kern w:val="2"/>
          <w:sz w:val="20"/>
          <w:szCs w:val="20"/>
          <w:lang w:val="en-AU"/>
          <w14:ligatures w14:val="standardContextual"/>
        </w:rPr>
        <w:t>Office Coordination</w:t>
      </w:r>
    </w:p>
    <w:p w14:paraId="5A9F787B" w14:textId="77777777" w:rsidR="0006272B" w:rsidRPr="0006272B" w:rsidRDefault="00EB3C53" w:rsidP="0006272B">
      <w:pPr>
        <w:pStyle w:val="ListBullet"/>
        <w:numPr>
          <w:ilvl w:val="0"/>
          <w:numId w:val="14"/>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Support procurement of office su</w:t>
      </w:r>
      <w:r w:rsidR="0006272B">
        <w:rPr>
          <w:rFonts w:ascii="Poppins" w:hAnsi="Poppins"/>
          <w:sz w:val="20"/>
          <w:szCs w:val="20"/>
        </w:rPr>
        <w:t>pplies and maintain inventory.</w:t>
      </w:r>
    </w:p>
    <w:p w14:paraId="32DDFA00" w14:textId="77777777" w:rsidR="0006272B" w:rsidRPr="0006272B" w:rsidRDefault="00EB3C53" w:rsidP="0006272B">
      <w:pPr>
        <w:pStyle w:val="ListBullet"/>
        <w:numPr>
          <w:ilvl w:val="0"/>
          <w:numId w:val="14"/>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Liaise with maintenance or IT t</w:t>
      </w:r>
      <w:r w:rsidR="0006272B">
        <w:rPr>
          <w:rFonts w:ascii="Poppins" w:hAnsi="Poppins"/>
          <w:sz w:val="20"/>
          <w:szCs w:val="20"/>
        </w:rPr>
        <w:t>eams to resolve office issues.</w:t>
      </w:r>
    </w:p>
    <w:p w14:paraId="08CC9A62" w14:textId="77777777" w:rsidR="0006272B" w:rsidRPr="0006272B" w:rsidRDefault="00EB3C53" w:rsidP="0006272B">
      <w:pPr>
        <w:pStyle w:val="ListBullet"/>
        <w:numPr>
          <w:ilvl w:val="0"/>
          <w:numId w:val="14"/>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Assist in coordinating travel, ac</w:t>
      </w:r>
      <w:r w:rsidR="0006272B">
        <w:rPr>
          <w:rFonts w:ascii="Poppins" w:hAnsi="Poppins"/>
          <w:sz w:val="20"/>
          <w:szCs w:val="20"/>
        </w:rPr>
        <w:t>commodation, and staff events.</w:t>
      </w:r>
    </w:p>
    <w:p w14:paraId="2C4B66E9" w14:textId="77777777" w:rsidR="00E71F6A" w:rsidRPr="0006272B" w:rsidRDefault="00EB3C53" w:rsidP="0006272B">
      <w:pPr>
        <w:pStyle w:val="ListBullet"/>
        <w:numPr>
          <w:ilvl w:val="0"/>
          <w:numId w:val="14"/>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Contribute to continuous improvement of office systems and processes.</w:t>
      </w:r>
    </w:p>
    <w:p w14:paraId="63B7D328" w14:textId="77777777" w:rsidR="0006272B" w:rsidRDefault="0006272B" w:rsidP="0006272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685CF21" w14:textId="77777777" w:rsidR="0006272B" w:rsidRDefault="00EB3C53" w:rsidP="00BD38CB">
      <w:pPr>
        <w:pStyle w:val="ListBullet"/>
        <w:numPr>
          <w:ilvl w:val="0"/>
          <w:numId w:val="0"/>
        </w:numPr>
        <w:rPr>
          <w:rFonts w:ascii="Poppins" w:eastAsiaTheme="minorHAnsi" w:hAnsi="Poppins" w:cs="Poppins"/>
          <w:b/>
          <w:bCs/>
          <w:kern w:val="2"/>
          <w:sz w:val="20"/>
          <w:szCs w:val="20"/>
          <w:lang w:val="en-AU"/>
          <w14:ligatures w14:val="standardContextual"/>
        </w:rPr>
      </w:pPr>
      <w:r w:rsidRPr="00CE0ED1">
        <w:rPr>
          <w:rFonts w:ascii="Poppins" w:eastAsiaTheme="minorHAnsi" w:hAnsi="Poppins" w:cs="Poppins"/>
          <w:b/>
          <w:bCs/>
          <w:kern w:val="2"/>
          <w:sz w:val="20"/>
          <w:szCs w:val="20"/>
          <w:lang w:val="en-AU"/>
          <w14:ligatures w14:val="standardContextual"/>
        </w:rPr>
        <w:t>Customer &amp; Team Support</w:t>
      </w:r>
    </w:p>
    <w:p w14:paraId="2667F59D" w14:textId="77777777" w:rsidR="0006272B" w:rsidRPr="0006272B" w:rsidRDefault="00EB3C53" w:rsidP="0006272B">
      <w:pPr>
        <w:pStyle w:val="ListBullet"/>
        <w:numPr>
          <w:ilvl w:val="0"/>
          <w:numId w:val="13"/>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Provide information and assistance to inter</w:t>
      </w:r>
      <w:r w:rsidR="0006272B">
        <w:rPr>
          <w:rFonts w:ascii="Poppins" w:hAnsi="Poppins"/>
          <w:sz w:val="20"/>
          <w:szCs w:val="20"/>
        </w:rPr>
        <w:t>nal and external stakeholders.</w:t>
      </w:r>
    </w:p>
    <w:p w14:paraId="7D464C97" w14:textId="77777777" w:rsidR="0006272B" w:rsidRPr="0006272B" w:rsidRDefault="00EB3C53" w:rsidP="0006272B">
      <w:pPr>
        <w:pStyle w:val="ListBullet"/>
        <w:numPr>
          <w:ilvl w:val="0"/>
          <w:numId w:val="13"/>
        </w:numPr>
        <w:rPr>
          <w:rFonts w:ascii="Poppins" w:eastAsiaTheme="minorHAnsi" w:hAnsi="Poppins" w:cs="Poppins"/>
          <w:b/>
          <w:bCs/>
          <w:kern w:val="2"/>
          <w:sz w:val="20"/>
          <w:szCs w:val="20"/>
          <w:lang w:val="en-AU"/>
          <w14:ligatures w14:val="standardContextual"/>
        </w:rPr>
      </w:pPr>
      <w:r w:rsidRPr="00CE0ED1">
        <w:rPr>
          <w:rFonts w:ascii="Poppins" w:hAnsi="Poppins"/>
          <w:sz w:val="20"/>
          <w:szCs w:val="20"/>
        </w:rPr>
        <w:t xml:space="preserve"> Support HR and Finance teams wi</w:t>
      </w:r>
      <w:r w:rsidR="0006272B">
        <w:rPr>
          <w:rFonts w:ascii="Poppins" w:hAnsi="Poppins"/>
          <w:sz w:val="20"/>
          <w:szCs w:val="20"/>
        </w:rPr>
        <w:t>th basic administrative tasks.</w:t>
      </w:r>
    </w:p>
    <w:p w14:paraId="0CF544C7" w14:textId="77777777" w:rsidR="0006272B" w:rsidRPr="0006272B" w:rsidRDefault="00EB3C53" w:rsidP="0006272B">
      <w:pPr>
        <w:pStyle w:val="ListBullet"/>
        <w:numPr>
          <w:ilvl w:val="0"/>
          <w:numId w:val="13"/>
        </w:numPr>
        <w:rPr>
          <w:rFonts w:ascii="Poppins" w:eastAsiaTheme="minorHAnsi" w:hAnsi="Poppins" w:cs="Poppins"/>
          <w:b/>
          <w:bCs/>
          <w:kern w:val="2"/>
          <w:sz w:val="20"/>
          <w:szCs w:val="20"/>
          <w:lang w:val="en-AU"/>
          <w14:ligatures w14:val="standardContextual"/>
        </w:rPr>
      </w:pPr>
      <w:r w:rsidRPr="0006272B">
        <w:rPr>
          <w:rFonts w:ascii="Poppins" w:hAnsi="Poppins"/>
          <w:sz w:val="20"/>
          <w:szCs w:val="20"/>
        </w:rPr>
        <w:t xml:space="preserve"> Uphold confidentiality an</w:t>
      </w:r>
      <w:r w:rsidR="0006272B">
        <w:rPr>
          <w:rFonts w:ascii="Poppins" w:hAnsi="Poppins"/>
          <w:sz w:val="20"/>
          <w:szCs w:val="20"/>
        </w:rPr>
        <w:t>d data privacy at all times.</w:t>
      </w:r>
    </w:p>
    <w:p w14:paraId="385C4CF3" w14:textId="77777777" w:rsidR="00E71F6A" w:rsidRPr="0006272B" w:rsidRDefault="00EB3C53" w:rsidP="0006272B">
      <w:pPr>
        <w:pStyle w:val="ListBullet"/>
        <w:numPr>
          <w:ilvl w:val="0"/>
          <w:numId w:val="13"/>
        </w:numPr>
        <w:rPr>
          <w:rFonts w:ascii="Poppins" w:eastAsiaTheme="minorHAnsi" w:hAnsi="Poppins" w:cs="Poppins"/>
          <w:b/>
          <w:bCs/>
          <w:kern w:val="2"/>
          <w:sz w:val="20"/>
          <w:szCs w:val="20"/>
          <w:lang w:val="en-AU"/>
          <w14:ligatures w14:val="standardContextual"/>
        </w:rPr>
      </w:pPr>
      <w:r w:rsidRPr="0006272B">
        <w:rPr>
          <w:rFonts w:ascii="Poppins" w:hAnsi="Poppins"/>
          <w:sz w:val="20"/>
          <w:szCs w:val="20"/>
        </w:rPr>
        <w:t xml:space="preserve"> Maintain a friendly and professional attitude with colleagues and guests.</w:t>
      </w:r>
    </w:p>
    <w:p w14:paraId="4800EB21"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Qualifications and Experience</w:t>
      </w:r>
    </w:p>
    <w:p w14:paraId="66493D8F"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Certificate III or IV in Business Adminis</w:t>
      </w:r>
      <w:r w:rsidR="0006272B">
        <w:rPr>
          <w:rFonts w:ascii="Poppins" w:hAnsi="Poppins"/>
          <w:sz w:val="20"/>
          <w:szCs w:val="20"/>
        </w:rPr>
        <w:t>tration or related discipline.</w:t>
      </w:r>
    </w:p>
    <w:p w14:paraId="22CB785C"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Minimum 1–2 years’ experience in an administr</w:t>
      </w:r>
      <w:r w:rsidR="0006272B" w:rsidRPr="0006272B">
        <w:rPr>
          <w:rFonts w:ascii="Poppins" w:hAnsi="Poppins"/>
          <w:sz w:val="20"/>
          <w:szCs w:val="20"/>
        </w:rPr>
        <w:t>ative or reception</w:t>
      </w:r>
      <w:r w:rsidR="0006272B">
        <w:rPr>
          <w:rFonts w:ascii="Poppins" w:hAnsi="Poppins"/>
          <w:sz w:val="20"/>
          <w:szCs w:val="20"/>
        </w:rPr>
        <w:t>ist role.</w:t>
      </w:r>
    </w:p>
    <w:p w14:paraId="72D519FD"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Strong written an</w:t>
      </w:r>
      <w:r w:rsidR="0006272B">
        <w:rPr>
          <w:rFonts w:ascii="Poppins" w:hAnsi="Poppins"/>
          <w:sz w:val="20"/>
          <w:szCs w:val="20"/>
        </w:rPr>
        <w:t>d verbal communication skills.</w:t>
      </w:r>
    </w:p>
    <w:p w14:paraId="7453046E"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Proficiency in Microsoft Office </w:t>
      </w:r>
      <w:r w:rsidR="0006272B">
        <w:rPr>
          <w:rFonts w:ascii="Poppins" w:hAnsi="Poppins"/>
          <w:sz w:val="20"/>
          <w:szCs w:val="20"/>
        </w:rPr>
        <w:t>and office management systems.</w:t>
      </w:r>
    </w:p>
    <w:p w14:paraId="2FDDE42D" w14:textId="77777777" w:rsidR="00E71F6A" w:rsidRP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Previous experience in hospitality or corporate environments preferred.</w:t>
      </w:r>
    </w:p>
    <w:p w14:paraId="6E8761B2"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Skills and Competencies</w:t>
      </w:r>
    </w:p>
    <w:p w14:paraId="5ABBD137"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Excellent communica</w:t>
      </w:r>
      <w:r w:rsidR="0006272B">
        <w:rPr>
          <w:rFonts w:ascii="Poppins" w:hAnsi="Poppins"/>
          <w:sz w:val="20"/>
          <w:szCs w:val="20"/>
        </w:rPr>
        <w:t>tion and interpersonal skills.</w:t>
      </w:r>
    </w:p>
    <w:p w14:paraId="72560604"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Time manage</w:t>
      </w:r>
      <w:r w:rsidR="0006272B">
        <w:rPr>
          <w:rFonts w:ascii="Poppins" w:hAnsi="Poppins"/>
          <w:sz w:val="20"/>
          <w:szCs w:val="20"/>
        </w:rPr>
        <w:t>ment and multitasking ability.</w:t>
      </w:r>
    </w:p>
    <w:p w14:paraId="6931BBE4"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Professional presentati</w:t>
      </w:r>
      <w:r w:rsidR="0006272B">
        <w:rPr>
          <w:rFonts w:ascii="Poppins" w:hAnsi="Poppins"/>
          <w:sz w:val="20"/>
          <w:szCs w:val="20"/>
        </w:rPr>
        <w:t>on and customer service focus.</w:t>
      </w:r>
    </w:p>
    <w:p w14:paraId="3401FE28"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Acc</w:t>
      </w:r>
      <w:r w:rsidR="0006272B">
        <w:rPr>
          <w:rFonts w:ascii="Poppins" w:hAnsi="Poppins"/>
          <w:sz w:val="20"/>
          <w:szCs w:val="20"/>
        </w:rPr>
        <w:t>uracy and attention to detail.</w:t>
      </w:r>
    </w:p>
    <w:p w14:paraId="4B8026B0" w14:textId="77777777" w:rsidR="00E71F6A" w:rsidRP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Positive, proactive, and team-oriented mindset.</w:t>
      </w:r>
    </w:p>
    <w:p w14:paraId="0E5905D5"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Working Conditions</w:t>
      </w:r>
    </w:p>
    <w:p w14:paraId="1FF112E7" w14:textId="5C33C258" w:rsidR="00D73A30" w:rsidRDefault="00EB3C53" w:rsidP="0ACD7C9D">
      <w:pPr>
        <w:rPr>
          <w:rFonts w:ascii="Poppins" w:hAnsi="Poppins"/>
          <w:kern w:val="2"/>
          <w:sz w:val="20"/>
          <w:szCs w:val="20"/>
          <w:lang w:val="en-AU"/>
          <w14:ligatures w14:val="standardContextual"/>
        </w:rPr>
      </w:pPr>
      <w:r w:rsidRPr="0ACD7C9D">
        <w:rPr>
          <w:rFonts w:ascii="Poppins" w:hAnsi="Poppins"/>
          <w:sz w:val="20"/>
          <w:szCs w:val="20"/>
        </w:rPr>
        <w:t>This is a full-time position based at Grand Royale Group’s corporate office in Gold Coast, Queensland. The role involves working standard business hours with occasional flexibility to support events or executive meetings.</w:t>
      </w:r>
    </w:p>
    <w:p w14:paraId="51CBD1F6" w14:textId="694BE730"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Key Performance Indicators (KPIs)</w:t>
      </w:r>
    </w:p>
    <w:p w14:paraId="1342B538"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Efficiency and acc</w:t>
      </w:r>
      <w:r w:rsidR="0006272B">
        <w:rPr>
          <w:rFonts w:ascii="Poppins" w:hAnsi="Poppins"/>
          <w:sz w:val="20"/>
          <w:szCs w:val="20"/>
        </w:rPr>
        <w:t>uracy in administrative tasks.</w:t>
      </w:r>
    </w:p>
    <w:p w14:paraId="012ED993"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Customer an</w:t>
      </w:r>
      <w:r w:rsidR="0006272B" w:rsidRPr="0006272B">
        <w:rPr>
          <w:rFonts w:ascii="Poppins" w:hAnsi="Poppins"/>
          <w:sz w:val="20"/>
          <w:szCs w:val="20"/>
        </w:rPr>
        <w:t>d staff satisfaction feedback</w:t>
      </w:r>
      <w:r w:rsidR="0006272B">
        <w:rPr>
          <w:rFonts w:ascii="Poppins" w:hAnsi="Poppins"/>
          <w:sz w:val="20"/>
          <w:szCs w:val="20"/>
        </w:rPr>
        <w:t>.</w:t>
      </w:r>
    </w:p>
    <w:p w14:paraId="7D5D80AA"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Timeliness of communic</w:t>
      </w:r>
      <w:r w:rsidR="0006272B">
        <w:rPr>
          <w:rFonts w:ascii="Poppins" w:hAnsi="Poppins"/>
          <w:sz w:val="20"/>
          <w:szCs w:val="20"/>
        </w:rPr>
        <w:t>ation and document processing.</w:t>
      </w:r>
    </w:p>
    <w:p w14:paraId="071DF6AB" w14:textId="77777777" w:rsid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Professionalism and co</w:t>
      </w:r>
      <w:r w:rsidR="0006272B">
        <w:rPr>
          <w:rFonts w:ascii="Poppins" w:hAnsi="Poppins"/>
          <w:sz w:val="20"/>
          <w:szCs w:val="20"/>
        </w:rPr>
        <w:t>nsistency in reception duties.</w:t>
      </w:r>
    </w:p>
    <w:p w14:paraId="238CB558" w14:textId="77777777" w:rsidR="00E71F6A" w:rsidRPr="0006272B" w:rsidRDefault="00EB3C53" w:rsidP="0006272B">
      <w:pPr>
        <w:pStyle w:val="ListParagraph"/>
        <w:numPr>
          <w:ilvl w:val="0"/>
          <w:numId w:val="17"/>
        </w:numPr>
        <w:rPr>
          <w:rFonts w:ascii="Poppins" w:hAnsi="Poppins"/>
          <w:sz w:val="20"/>
          <w:szCs w:val="20"/>
        </w:rPr>
      </w:pPr>
      <w:r w:rsidRPr="0006272B">
        <w:rPr>
          <w:rFonts w:ascii="Poppins" w:hAnsi="Poppins"/>
          <w:sz w:val="20"/>
          <w:szCs w:val="20"/>
        </w:rPr>
        <w:t xml:space="preserve"> Contribution to office efficiency and </w:t>
      </w:r>
      <w:proofErr w:type="spellStart"/>
      <w:r w:rsidRPr="0006272B">
        <w:rPr>
          <w:rFonts w:ascii="Poppins" w:hAnsi="Poppins"/>
          <w:sz w:val="20"/>
          <w:szCs w:val="20"/>
        </w:rPr>
        <w:t>organisation</w:t>
      </w:r>
      <w:proofErr w:type="spellEnd"/>
      <w:r w:rsidRPr="0006272B">
        <w:rPr>
          <w:rFonts w:ascii="Poppins" w:hAnsi="Poppins"/>
          <w:sz w:val="20"/>
          <w:szCs w:val="20"/>
        </w:rPr>
        <w:t>.</w:t>
      </w:r>
    </w:p>
    <w:p w14:paraId="06A1BECB" w14:textId="77777777" w:rsidR="00BD38CB" w:rsidRDefault="00BD38CB">
      <w:pPr>
        <w:pStyle w:val="Heading2"/>
        <w:rPr>
          <w:rFonts w:ascii="Poppins" w:eastAsiaTheme="minorHAnsi" w:hAnsi="Poppins" w:cs="Poppins"/>
          <w:color w:val="B48F49"/>
          <w:kern w:val="2"/>
          <w:sz w:val="20"/>
          <w:szCs w:val="20"/>
          <w:lang w:val="en-AU"/>
          <w14:ligatures w14:val="standardContextual"/>
        </w:rPr>
      </w:pPr>
    </w:p>
    <w:p w14:paraId="3E3C68CC" w14:textId="77777777" w:rsidR="00BD38CB" w:rsidRDefault="00BD38CB">
      <w:pPr>
        <w:pStyle w:val="Heading2"/>
        <w:rPr>
          <w:rFonts w:ascii="Poppins" w:eastAsiaTheme="minorHAnsi" w:hAnsi="Poppins" w:cs="Poppins"/>
          <w:color w:val="B48F49"/>
          <w:kern w:val="2"/>
          <w:sz w:val="20"/>
          <w:szCs w:val="20"/>
          <w:lang w:val="en-AU"/>
          <w14:ligatures w14:val="standardContextual"/>
        </w:rPr>
      </w:pPr>
    </w:p>
    <w:p w14:paraId="78B012B9" w14:textId="77777777" w:rsidR="00BD38CB" w:rsidRDefault="00BD38CB">
      <w:pPr>
        <w:pStyle w:val="Heading2"/>
        <w:rPr>
          <w:rFonts w:ascii="Poppins" w:eastAsiaTheme="minorHAnsi" w:hAnsi="Poppins" w:cs="Poppins"/>
          <w:color w:val="B48F49"/>
          <w:kern w:val="2"/>
          <w:sz w:val="20"/>
          <w:szCs w:val="20"/>
          <w:lang w:val="en-AU"/>
          <w14:ligatures w14:val="standardContextual"/>
        </w:rPr>
      </w:pPr>
    </w:p>
    <w:p w14:paraId="64AFEC0E" w14:textId="2E8D2ACF" w:rsidR="00E71F6A" w:rsidRPr="00CE0ED1" w:rsidRDefault="00EB3C53">
      <w:pPr>
        <w:pStyle w:val="Heading2"/>
        <w:rPr>
          <w:rFonts w:ascii="Poppins" w:hAnsi="Poppins"/>
          <w:sz w:val="20"/>
          <w:szCs w:val="20"/>
        </w:rPr>
      </w:pPr>
      <w:r w:rsidRPr="00CE0ED1">
        <w:rPr>
          <w:rFonts w:ascii="Poppins" w:eastAsiaTheme="minorHAnsi" w:hAnsi="Poppins" w:cs="Poppins"/>
          <w:color w:val="B48F49"/>
          <w:kern w:val="2"/>
          <w:sz w:val="20"/>
          <w:szCs w:val="20"/>
          <w:lang w:val="en-AU"/>
          <w14:ligatures w14:val="standardContextual"/>
        </w:rPr>
        <w:t>Company</w:t>
      </w:r>
      <w:r w:rsidRPr="00CE0ED1">
        <w:rPr>
          <w:rFonts w:ascii="Poppins" w:hAnsi="Poppins"/>
          <w:sz w:val="20"/>
          <w:szCs w:val="20"/>
        </w:rPr>
        <w:t xml:space="preserve"> </w:t>
      </w:r>
      <w:r w:rsidRPr="00CE0ED1">
        <w:rPr>
          <w:rFonts w:ascii="Poppins" w:eastAsiaTheme="minorHAnsi" w:hAnsi="Poppins" w:cs="Poppins"/>
          <w:color w:val="B48F49"/>
          <w:kern w:val="2"/>
          <w:sz w:val="20"/>
          <w:szCs w:val="20"/>
          <w:lang w:val="en-AU"/>
          <w14:ligatures w14:val="standardContextual"/>
        </w:rPr>
        <w:t>Values and Culture</w:t>
      </w:r>
    </w:p>
    <w:p w14:paraId="4BFFCCF9" w14:textId="77777777" w:rsidR="00E71F6A" w:rsidRPr="00CE0ED1" w:rsidRDefault="00EB3C53">
      <w:pPr>
        <w:rPr>
          <w:rFonts w:ascii="Poppins" w:hAnsi="Poppins"/>
          <w:sz w:val="20"/>
          <w:szCs w:val="20"/>
        </w:rPr>
      </w:pPr>
      <w:r w:rsidRPr="0ACD7C9D">
        <w:rPr>
          <w:rFonts w:ascii="Poppins" w:hAnsi="Poppins"/>
          <w:sz w:val="20"/>
          <w:szCs w:val="20"/>
        </w:rPr>
        <w:t xml:space="preserve">Grand Royale Group values professionalism, respect, and collaboration. The </w:t>
      </w:r>
      <w:proofErr w:type="spellStart"/>
      <w:r w:rsidRPr="0ACD7C9D">
        <w:rPr>
          <w:rFonts w:ascii="Poppins" w:hAnsi="Poppins"/>
          <w:sz w:val="20"/>
          <w:szCs w:val="20"/>
        </w:rPr>
        <w:t>organisation</w:t>
      </w:r>
      <w:proofErr w:type="spellEnd"/>
      <w:r w:rsidRPr="0ACD7C9D">
        <w:rPr>
          <w:rFonts w:ascii="Poppins" w:hAnsi="Poppins"/>
          <w:sz w:val="20"/>
          <w:szCs w:val="20"/>
        </w:rPr>
        <w:t xml:space="preserve"> promotes an inclusive and service-oriented workplace culture where administrative excellence supports the delivery of exceptional hospitality experiences.</w:t>
      </w:r>
    </w:p>
    <w:p w14:paraId="09C2A5FC" w14:textId="605BBCC0" w:rsidR="0ACD7C9D" w:rsidRDefault="0ACD7C9D" w:rsidP="0ACD7C9D">
      <w:pPr>
        <w:pStyle w:val="Heading2"/>
        <w:rPr>
          <w:rFonts w:ascii="Poppins" w:eastAsiaTheme="minorEastAsia" w:hAnsi="Poppins" w:cs="Poppins"/>
          <w:color w:val="B48F49"/>
          <w:sz w:val="20"/>
          <w:szCs w:val="20"/>
          <w:lang w:val="en-AU"/>
        </w:rPr>
      </w:pPr>
    </w:p>
    <w:p w14:paraId="25C94ECE" w14:textId="28DBC792" w:rsidR="0ACD7C9D" w:rsidRDefault="0ACD7C9D" w:rsidP="0ACD7C9D">
      <w:pPr>
        <w:pStyle w:val="Heading2"/>
        <w:rPr>
          <w:rFonts w:ascii="Poppins" w:eastAsiaTheme="minorEastAsia" w:hAnsi="Poppins" w:cs="Poppins"/>
          <w:color w:val="B48F49"/>
          <w:sz w:val="20"/>
          <w:szCs w:val="20"/>
          <w:lang w:val="en-AU"/>
        </w:rPr>
      </w:pPr>
    </w:p>
    <w:p w14:paraId="121B6749" w14:textId="6C33A2A6" w:rsidR="0ACD7C9D" w:rsidRDefault="0ACD7C9D" w:rsidP="0ACD7C9D">
      <w:pPr>
        <w:pStyle w:val="Heading2"/>
        <w:rPr>
          <w:rFonts w:ascii="Poppins" w:eastAsiaTheme="minorEastAsia" w:hAnsi="Poppins" w:cs="Poppins"/>
          <w:color w:val="B48F49"/>
          <w:sz w:val="20"/>
          <w:szCs w:val="20"/>
          <w:lang w:val="en-AU"/>
        </w:rPr>
      </w:pPr>
    </w:p>
    <w:p w14:paraId="2F6737E9" w14:textId="77777777" w:rsidR="00E71F6A" w:rsidRPr="00CE0ED1" w:rsidRDefault="00EB3C53">
      <w:pPr>
        <w:pStyle w:val="Heading2"/>
        <w:rPr>
          <w:rFonts w:ascii="Poppins" w:eastAsiaTheme="minorHAnsi" w:hAnsi="Poppins" w:cs="Poppins"/>
          <w:color w:val="B48F49"/>
          <w:kern w:val="2"/>
          <w:sz w:val="20"/>
          <w:szCs w:val="20"/>
          <w:lang w:val="en-AU"/>
          <w14:ligatures w14:val="standardContextual"/>
        </w:rPr>
      </w:pPr>
      <w:r w:rsidRPr="00CE0ED1">
        <w:rPr>
          <w:rFonts w:ascii="Poppins" w:eastAsiaTheme="minorHAnsi" w:hAnsi="Poppins" w:cs="Poppins"/>
          <w:color w:val="B48F49"/>
          <w:kern w:val="2"/>
          <w:sz w:val="20"/>
          <w:szCs w:val="20"/>
          <w:lang w:val="en-AU"/>
          <w14:ligatures w14:val="standardContextual"/>
        </w:rPr>
        <w:t>Career Path</w:t>
      </w:r>
    </w:p>
    <w:p w14:paraId="25D8BC1D" w14:textId="77777777" w:rsidR="00E71F6A" w:rsidRPr="00CE0ED1" w:rsidRDefault="00EB3C53">
      <w:pPr>
        <w:rPr>
          <w:rFonts w:ascii="Poppins" w:hAnsi="Poppins"/>
          <w:sz w:val="20"/>
          <w:szCs w:val="20"/>
        </w:rPr>
      </w:pPr>
      <w:r w:rsidRPr="00CE0ED1">
        <w:rPr>
          <w:rFonts w:ascii="Poppins" w:hAnsi="Poppins"/>
          <w:sz w:val="20"/>
          <w:szCs w:val="20"/>
        </w:rPr>
        <w:t>This position offers opportunities for career growth into roles such as Office Manager, Executive Assistant, or Administration Coordinator within Grand Royale Group or other corporate hospitality settings.</w:t>
      </w:r>
    </w:p>
    <w:sectPr w:rsidR="00E71F6A" w:rsidRPr="00CE0ED1"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18CE2" w14:textId="77777777" w:rsidR="00916B46" w:rsidRDefault="00916B46" w:rsidP="00CE0ED1">
      <w:pPr>
        <w:spacing w:after="0" w:line="240" w:lineRule="auto"/>
      </w:pPr>
      <w:r>
        <w:separator/>
      </w:r>
    </w:p>
  </w:endnote>
  <w:endnote w:type="continuationSeparator" w:id="0">
    <w:p w14:paraId="50C0711F" w14:textId="77777777" w:rsidR="00916B46" w:rsidRDefault="00916B46" w:rsidP="00CE0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71FD9" w14:textId="77777777" w:rsidR="00916B46" w:rsidRDefault="00916B46" w:rsidP="00CE0ED1">
      <w:pPr>
        <w:spacing w:after="0" w:line="240" w:lineRule="auto"/>
      </w:pPr>
      <w:r>
        <w:separator/>
      </w:r>
    </w:p>
  </w:footnote>
  <w:footnote w:type="continuationSeparator" w:id="0">
    <w:p w14:paraId="450E8F77" w14:textId="77777777" w:rsidR="00916B46" w:rsidRDefault="00916B46" w:rsidP="00CE0E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F986F6" w14:textId="77777777" w:rsidR="00CE0ED1" w:rsidRDefault="00CE0ED1">
    <w:pPr>
      <w:pStyle w:val="Header"/>
    </w:pPr>
    <w:r>
      <w:rPr>
        <w:noProof/>
      </w:rPr>
      <w:drawing>
        <wp:anchor distT="0" distB="0" distL="114300" distR="114300" simplePos="0" relativeHeight="251659264" behindDoc="1" locked="0" layoutInCell="1" allowOverlap="1" wp14:anchorId="484D3F41" wp14:editId="56806C37">
          <wp:simplePos x="0" y="0"/>
          <wp:positionH relativeFrom="column">
            <wp:posOffset>-1127234</wp:posOffset>
          </wp:positionH>
          <wp:positionV relativeFrom="paragraph">
            <wp:posOffset>-441434</wp:posOffset>
          </wp:positionV>
          <wp:extent cx="7725103" cy="10688595"/>
          <wp:effectExtent l="19050" t="19050" r="285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9312" cy="10694419"/>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6A8518A"/>
    <w:multiLevelType w:val="hybridMultilevel"/>
    <w:tmpl w:val="755A85B4"/>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17A11FD3"/>
    <w:multiLevelType w:val="hybridMultilevel"/>
    <w:tmpl w:val="58BEF5E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1" w15:restartNumberingAfterBreak="0">
    <w:nsid w:val="264276EA"/>
    <w:multiLevelType w:val="hybridMultilevel"/>
    <w:tmpl w:val="8580EC6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ED7AC1"/>
    <w:multiLevelType w:val="hybridMultilevel"/>
    <w:tmpl w:val="1F22A14A"/>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3" w15:restartNumberingAfterBreak="0">
    <w:nsid w:val="6F7E14B9"/>
    <w:multiLevelType w:val="hybridMultilevel"/>
    <w:tmpl w:val="7E84242E"/>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0743829">
    <w:abstractNumId w:val="8"/>
  </w:num>
  <w:num w:numId="2" w16cid:durableId="901405589">
    <w:abstractNumId w:val="6"/>
  </w:num>
  <w:num w:numId="3" w16cid:durableId="1169906562">
    <w:abstractNumId w:val="5"/>
  </w:num>
  <w:num w:numId="4" w16cid:durableId="885918989">
    <w:abstractNumId w:val="4"/>
  </w:num>
  <w:num w:numId="5" w16cid:durableId="2041467159">
    <w:abstractNumId w:val="7"/>
  </w:num>
  <w:num w:numId="6" w16cid:durableId="1312364601">
    <w:abstractNumId w:val="3"/>
  </w:num>
  <w:num w:numId="7" w16cid:durableId="865096360">
    <w:abstractNumId w:val="2"/>
  </w:num>
  <w:num w:numId="8" w16cid:durableId="798912910">
    <w:abstractNumId w:val="1"/>
  </w:num>
  <w:num w:numId="9" w16cid:durableId="1518420792">
    <w:abstractNumId w:val="0"/>
  </w:num>
  <w:num w:numId="10" w16cid:durableId="1916628006">
    <w:abstractNumId w:val="8"/>
  </w:num>
  <w:num w:numId="11" w16cid:durableId="735667385">
    <w:abstractNumId w:val="8"/>
  </w:num>
  <w:num w:numId="12" w16cid:durableId="784038358">
    <w:abstractNumId w:val="8"/>
  </w:num>
  <w:num w:numId="13" w16cid:durableId="70129140">
    <w:abstractNumId w:val="12"/>
  </w:num>
  <w:num w:numId="14" w16cid:durableId="535854888">
    <w:abstractNumId w:val="10"/>
  </w:num>
  <w:num w:numId="15" w16cid:durableId="63769760">
    <w:abstractNumId w:val="11"/>
  </w:num>
  <w:num w:numId="16" w16cid:durableId="1180435379">
    <w:abstractNumId w:val="13"/>
  </w:num>
  <w:num w:numId="17" w16cid:durableId="6114794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272B"/>
    <w:rsid w:val="0015074B"/>
    <w:rsid w:val="0029639D"/>
    <w:rsid w:val="002A4C91"/>
    <w:rsid w:val="00326F90"/>
    <w:rsid w:val="00464B0D"/>
    <w:rsid w:val="005337D5"/>
    <w:rsid w:val="00916B46"/>
    <w:rsid w:val="00AA1D8D"/>
    <w:rsid w:val="00B47730"/>
    <w:rsid w:val="00BA4345"/>
    <w:rsid w:val="00BD38CB"/>
    <w:rsid w:val="00CB0664"/>
    <w:rsid w:val="00CE0ED1"/>
    <w:rsid w:val="00D73A30"/>
    <w:rsid w:val="00E71F6A"/>
    <w:rsid w:val="00EB3C53"/>
    <w:rsid w:val="00FC693F"/>
    <w:rsid w:val="00FD3AD7"/>
    <w:rsid w:val="0ACD7C9D"/>
    <w:rsid w:val="37B42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65BEB9"/>
  <w14:defaultImageDpi w14:val="300"/>
  <w15:docId w15:val="{EB9107A6-E8B3-4C77-A31D-7245868EB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6FB02C-C3F9-4CC4-A2AE-25F44E0257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523</Words>
  <Characters>2985</Characters>
  <Application>Microsoft Office Word</Application>
  <DocSecurity>0</DocSecurity>
  <Lines>24</Lines>
  <Paragraphs>7</Paragraphs>
  <ScaleCrop>false</ScaleCrop>
  <Manager/>
  <Company/>
  <LinksUpToDate>false</LinksUpToDate>
  <CharactersWithSpaces>3501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9</cp:revision>
  <dcterms:created xsi:type="dcterms:W3CDTF">2013-12-23T23:15:00Z</dcterms:created>
  <dcterms:modified xsi:type="dcterms:W3CDTF">2026-05-17T12:21:00Z</dcterms:modified>
  <cp:category/>
</cp:coreProperties>
</file>