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E41BD" w14:textId="77777777" w:rsidR="00947B75" w:rsidRPr="0026277D" w:rsidRDefault="00947B75" w:rsidP="00947B75">
      <w:pPr>
        <w:pStyle w:val="Title"/>
        <w:pBdr>
          <w:bottom w:val="single" w:sz="8" w:space="1" w:color="B48F49"/>
        </w:pBdr>
        <w:spacing w:after="80"/>
        <w:jc w:val="center"/>
        <w:rPr>
          <w:rFonts w:ascii="Poppins" w:hAnsi="Poppins" w:cs="Poppins"/>
          <w:b/>
          <w:color w:val="auto"/>
          <w:spacing w:val="-10"/>
          <w:sz w:val="20"/>
          <w:szCs w:val="20"/>
          <w:lang w:val="en-AU"/>
          <w14:ligatures w14:val="standardContextual"/>
        </w:rPr>
      </w:pPr>
    </w:p>
    <w:p w14:paraId="346CB57F" w14:textId="77777777" w:rsidR="00947B75" w:rsidRPr="0026277D" w:rsidRDefault="00947B75" w:rsidP="00947B75">
      <w:pPr>
        <w:pStyle w:val="Title"/>
        <w:pBdr>
          <w:bottom w:val="single" w:sz="8" w:space="1" w:color="B48F49"/>
        </w:pBdr>
        <w:spacing w:after="80"/>
        <w:jc w:val="center"/>
        <w:rPr>
          <w:rFonts w:ascii="Poppins" w:hAnsi="Poppins" w:cs="Poppins"/>
          <w:b/>
          <w:color w:val="auto"/>
          <w:spacing w:val="-10"/>
          <w:sz w:val="20"/>
          <w:szCs w:val="20"/>
          <w:lang w:val="en-AU"/>
          <w14:ligatures w14:val="standardContextual"/>
        </w:rPr>
      </w:pPr>
    </w:p>
    <w:p w14:paraId="497B87B4" w14:textId="77777777" w:rsidR="00947B75" w:rsidRPr="0026277D" w:rsidRDefault="00947B75" w:rsidP="00947B75">
      <w:pPr>
        <w:pStyle w:val="Title"/>
        <w:pBdr>
          <w:bottom w:val="single" w:sz="8" w:space="1" w:color="B48F49"/>
        </w:pBdr>
        <w:spacing w:after="80"/>
        <w:jc w:val="center"/>
        <w:rPr>
          <w:rFonts w:ascii="Poppins" w:hAnsi="Poppins" w:cs="Poppins"/>
          <w:b/>
          <w:color w:val="auto"/>
          <w:spacing w:val="-10"/>
          <w:sz w:val="20"/>
          <w:szCs w:val="20"/>
          <w:lang w:val="en-AU"/>
          <w14:ligatures w14:val="standardContextual"/>
        </w:rPr>
      </w:pPr>
    </w:p>
    <w:p w14:paraId="2311D192" w14:textId="77777777" w:rsidR="00947B75" w:rsidRPr="0026277D" w:rsidRDefault="00947B75" w:rsidP="00947B75">
      <w:pPr>
        <w:pStyle w:val="Title"/>
        <w:pBdr>
          <w:bottom w:val="single" w:sz="8" w:space="1" w:color="B48F49"/>
        </w:pBdr>
        <w:spacing w:after="80"/>
        <w:jc w:val="center"/>
        <w:rPr>
          <w:rFonts w:ascii="Poppins" w:hAnsi="Poppins" w:cs="Poppins"/>
          <w:b/>
          <w:color w:val="auto"/>
          <w:spacing w:val="-10"/>
          <w:sz w:val="20"/>
          <w:szCs w:val="20"/>
          <w:lang w:val="en-AU"/>
          <w14:ligatures w14:val="standardContextual"/>
        </w:rPr>
      </w:pPr>
    </w:p>
    <w:p w14:paraId="7DA184F5" w14:textId="77777777" w:rsidR="0026277D" w:rsidRDefault="0026277D" w:rsidP="00947B75">
      <w:pPr>
        <w:pStyle w:val="Title"/>
        <w:pBdr>
          <w:bottom w:val="single" w:sz="8" w:space="1" w:color="B48F49"/>
        </w:pBdr>
        <w:spacing w:after="80"/>
        <w:jc w:val="center"/>
        <w:rPr>
          <w:rFonts w:ascii="Poppins" w:hAnsi="Poppins" w:cs="Poppins"/>
          <w:b/>
          <w:color w:val="auto"/>
          <w:spacing w:val="-10"/>
          <w:sz w:val="20"/>
          <w:szCs w:val="20"/>
          <w:lang w:val="en-AU"/>
          <w14:ligatures w14:val="standardContextual"/>
        </w:rPr>
      </w:pPr>
    </w:p>
    <w:p w14:paraId="6B484D8B" w14:textId="616541A0" w:rsidR="0FDAD5D1" w:rsidRDefault="0FDAD5D1" w:rsidP="0FDAD5D1">
      <w:pPr>
        <w:pStyle w:val="Title"/>
        <w:pBdr>
          <w:bottom w:val="single" w:sz="8" w:space="1" w:color="B48F49"/>
        </w:pBdr>
        <w:spacing w:after="80"/>
        <w:jc w:val="center"/>
        <w:rPr>
          <w:rFonts w:ascii="Poppins" w:hAnsi="Poppins" w:cs="Poppins"/>
          <w:b/>
          <w:bCs/>
          <w:color w:val="auto"/>
          <w:sz w:val="28"/>
          <w:szCs w:val="28"/>
          <w:lang w:val="en-AU"/>
        </w:rPr>
      </w:pPr>
    </w:p>
    <w:p w14:paraId="3876B0AD" w14:textId="77777777" w:rsidR="00C52C1B" w:rsidRPr="008F10B5" w:rsidRDefault="00E91009" w:rsidP="00947B75">
      <w:pPr>
        <w:pStyle w:val="Title"/>
        <w:pBdr>
          <w:bottom w:val="single" w:sz="8" w:space="1" w:color="B48F49"/>
        </w:pBdr>
        <w:spacing w:after="80"/>
        <w:jc w:val="center"/>
        <w:rPr>
          <w:rFonts w:ascii="Poppins" w:hAnsi="Poppins" w:cs="Poppins"/>
          <w:b/>
          <w:color w:val="auto"/>
          <w:spacing w:val="-10"/>
          <w:sz w:val="28"/>
          <w:szCs w:val="28"/>
          <w:lang w:val="en-AU"/>
          <w14:ligatures w14:val="standardContextual"/>
        </w:rPr>
      </w:pPr>
      <w:r w:rsidRPr="008F10B5">
        <w:rPr>
          <w:rFonts w:ascii="Poppins" w:hAnsi="Poppins" w:cs="Poppins"/>
          <w:b/>
          <w:color w:val="auto"/>
          <w:spacing w:val="-10"/>
          <w:sz w:val="28"/>
          <w:szCs w:val="28"/>
          <w:lang w:val="en-AU"/>
          <w14:ligatures w14:val="standardContextual"/>
        </w:rPr>
        <w:t>Job Description – Hospi</w:t>
      </w:r>
      <w:r w:rsidR="00947B75" w:rsidRPr="008F10B5">
        <w:rPr>
          <w:rFonts w:ascii="Poppins" w:hAnsi="Poppins" w:cs="Poppins"/>
          <w:b/>
          <w:color w:val="auto"/>
          <w:spacing w:val="-10"/>
          <w:sz w:val="28"/>
          <w:szCs w:val="28"/>
          <w:lang w:val="en-AU"/>
          <w14:ligatures w14:val="standardContextual"/>
        </w:rPr>
        <w:t xml:space="preserve">tality Intern </w:t>
      </w:r>
    </w:p>
    <w:p w14:paraId="3C64B87C" w14:textId="77777777" w:rsidR="00947B75" w:rsidRPr="0026277D" w:rsidRDefault="00947B75" w:rsidP="00947B75">
      <w:pPr>
        <w:rPr>
          <w:sz w:val="20"/>
          <w:szCs w:val="20"/>
          <w:lang w:val="en-AU"/>
        </w:rPr>
      </w:pPr>
    </w:p>
    <w:p w14:paraId="7F064C81" w14:textId="77777777" w:rsidR="00C52C1B" w:rsidRPr="0026277D" w:rsidRDefault="00947B75">
      <w:pPr>
        <w:rPr>
          <w:rFonts w:ascii="Poppins" w:hAnsi="Poppins"/>
          <w:sz w:val="20"/>
          <w:szCs w:val="20"/>
        </w:rPr>
      </w:pPr>
      <w:r w:rsidRPr="0026277D">
        <w:rPr>
          <w:rFonts w:ascii="Poppins" w:eastAsiaTheme="minorHAnsi" w:hAnsi="Poppins" w:cs="Poppins"/>
          <w:b/>
          <w:bCs/>
          <w:color w:val="B48F49"/>
          <w:kern w:val="2"/>
          <w:sz w:val="20"/>
          <w:szCs w:val="20"/>
          <w:lang w:val="en-AU"/>
          <w14:ligatures w14:val="standardContextual"/>
        </w:rPr>
        <w:t>Document Control</w:t>
      </w:r>
      <w:r w:rsidRPr="0026277D">
        <w:rPr>
          <w:rFonts w:ascii="Poppins" w:hAnsi="Poppins"/>
          <w:sz w:val="20"/>
          <w:szCs w:val="20"/>
        </w:rPr>
        <w:br/>
      </w:r>
      <w:r w:rsidR="00E91009" w:rsidRPr="0026277D"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  <w:t>Position Title</w:t>
      </w:r>
      <w:r w:rsidR="00E91009" w:rsidRPr="0026277D">
        <w:rPr>
          <w:rFonts w:ascii="Poppins" w:hAnsi="Poppins"/>
          <w:sz w:val="20"/>
          <w:szCs w:val="20"/>
        </w:rPr>
        <w:t>: Hospitality Intern</w:t>
      </w:r>
      <w:r w:rsidR="00E91009" w:rsidRPr="0026277D">
        <w:rPr>
          <w:rFonts w:ascii="Poppins" w:hAnsi="Poppins"/>
          <w:sz w:val="20"/>
          <w:szCs w:val="20"/>
        </w:rPr>
        <w:br/>
      </w:r>
      <w:proofErr w:type="spellStart"/>
      <w:r w:rsidR="00E91009" w:rsidRPr="0026277D"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  <w:t>Departmen</w:t>
      </w:r>
      <w:proofErr w:type="spellEnd"/>
      <w:r w:rsidR="00E91009" w:rsidRPr="0026277D">
        <w:rPr>
          <w:rFonts w:ascii="Poppins" w:hAnsi="Poppins"/>
          <w:sz w:val="20"/>
          <w:szCs w:val="20"/>
        </w:rPr>
        <w:t>t: Various (Front Office, Food &amp; Beverage, Events, Housekeeping)</w:t>
      </w:r>
      <w:r w:rsidR="00E91009" w:rsidRPr="0026277D">
        <w:rPr>
          <w:rFonts w:ascii="Poppins" w:hAnsi="Poppins"/>
          <w:sz w:val="20"/>
          <w:szCs w:val="20"/>
        </w:rPr>
        <w:br/>
      </w:r>
      <w:r w:rsidR="00E91009" w:rsidRPr="0026277D"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  <w:t>Reports To</w:t>
      </w:r>
      <w:r w:rsidR="00E91009" w:rsidRPr="0026277D">
        <w:rPr>
          <w:rFonts w:ascii="Poppins" w:hAnsi="Poppins"/>
          <w:sz w:val="20"/>
          <w:szCs w:val="20"/>
        </w:rPr>
        <w:t>: Department Supervisor / Training Manager</w:t>
      </w:r>
      <w:r w:rsidR="00E91009" w:rsidRPr="0026277D">
        <w:rPr>
          <w:rFonts w:ascii="Poppins" w:hAnsi="Poppins"/>
          <w:sz w:val="20"/>
          <w:szCs w:val="20"/>
        </w:rPr>
        <w:br/>
      </w:r>
      <w:r w:rsidR="00E91009" w:rsidRPr="0026277D"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  <w:t>Version</w:t>
      </w:r>
      <w:r w:rsidR="00E91009" w:rsidRPr="0026277D">
        <w:rPr>
          <w:rFonts w:ascii="Poppins" w:hAnsi="Poppins"/>
          <w:sz w:val="20"/>
          <w:szCs w:val="20"/>
        </w:rPr>
        <w:t>: 1.0</w:t>
      </w:r>
    </w:p>
    <w:p w14:paraId="2FB1DA70" w14:textId="77777777" w:rsidR="00C52C1B" w:rsidRPr="0026277D" w:rsidRDefault="00E91009">
      <w:pPr>
        <w:pStyle w:val="Heading2"/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  <w:t>Job Overview</w:t>
      </w:r>
    </w:p>
    <w:p w14:paraId="5515D1FA" w14:textId="77777777" w:rsidR="00C52C1B" w:rsidRPr="0026277D" w:rsidRDefault="00E91009">
      <w:p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>The Hospitality Intern provides support across multiple operational departments within Grand Royale Group’s hotels, restaurants, and event venues. This role offers practical learning and exposure to real-world hospitality operations, allowing the intern to gain skills in customer service, teamwork, and workplace professionalism. The position is ideal for students or recent graduates seeking hands-on experience in the hospitality industry.</w:t>
      </w:r>
    </w:p>
    <w:p w14:paraId="4125551D" w14:textId="77777777" w:rsidR="00C52C1B" w:rsidRPr="0026277D" w:rsidRDefault="00E91009">
      <w:pPr>
        <w:pStyle w:val="Heading2"/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  <w:t>Key Responsibilities</w:t>
      </w:r>
    </w:p>
    <w:p w14:paraId="503F0596" w14:textId="77777777" w:rsidR="00947B75" w:rsidRPr="0026277D" w:rsidRDefault="00E91009" w:rsidP="00947B75">
      <w:pPr>
        <w:pStyle w:val="ListBullet"/>
        <w:numPr>
          <w:ilvl w:val="0"/>
          <w:numId w:val="0"/>
        </w:numPr>
        <w:ind w:left="360" w:hanging="360"/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  <w:t>Operational Support</w:t>
      </w:r>
    </w:p>
    <w:p w14:paraId="1CC63358" w14:textId="77777777" w:rsidR="00947B75" w:rsidRPr="0026277D" w:rsidRDefault="00E91009" w:rsidP="00947B75">
      <w:pPr>
        <w:pStyle w:val="ListBullet"/>
        <w:numPr>
          <w:ilvl w:val="0"/>
          <w:numId w:val="13"/>
        </w:numPr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hAnsi="Poppins"/>
          <w:sz w:val="20"/>
          <w:szCs w:val="20"/>
        </w:rPr>
        <w:t>Assist in day-to-day operation</w:t>
      </w:r>
      <w:r w:rsidR="00947B75" w:rsidRPr="0026277D">
        <w:rPr>
          <w:rFonts w:ascii="Poppins" w:hAnsi="Poppins"/>
          <w:sz w:val="20"/>
          <w:szCs w:val="20"/>
        </w:rPr>
        <w:t>s across assigned departments.</w:t>
      </w:r>
    </w:p>
    <w:p w14:paraId="7AAC875D" w14:textId="77777777" w:rsidR="00947B75" w:rsidRPr="0026277D" w:rsidRDefault="00E91009" w:rsidP="00947B75">
      <w:pPr>
        <w:pStyle w:val="ListBullet"/>
        <w:numPr>
          <w:ilvl w:val="0"/>
          <w:numId w:val="13"/>
        </w:numPr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hAnsi="Poppins"/>
          <w:sz w:val="20"/>
          <w:szCs w:val="20"/>
        </w:rPr>
        <w:t xml:space="preserve"> Support front office, food and beverage, housekeepin</w:t>
      </w:r>
      <w:r w:rsidR="00947B75" w:rsidRPr="0026277D">
        <w:rPr>
          <w:rFonts w:ascii="Poppins" w:hAnsi="Poppins"/>
          <w:sz w:val="20"/>
          <w:szCs w:val="20"/>
        </w:rPr>
        <w:t>g, or event teams as required.</w:t>
      </w:r>
    </w:p>
    <w:p w14:paraId="47D1F72A" w14:textId="77777777" w:rsidR="00947B75" w:rsidRPr="0026277D" w:rsidRDefault="00E91009" w:rsidP="00947B75">
      <w:pPr>
        <w:pStyle w:val="ListBullet"/>
        <w:numPr>
          <w:ilvl w:val="0"/>
          <w:numId w:val="13"/>
        </w:numPr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hAnsi="Poppins"/>
          <w:sz w:val="20"/>
          <w:szCs w:val="20"/>
        </w:rPr>
        <w:t xml:space="preserve"> Observe and learn hospitality service standards and</w:t>
      </w:r>
      <w:r w:rsidR="00947B75" w:rsidRPr="0026277D">
        <w:rPr>
          <w:rFonts w:ascii="Poppins" w:hAnsi="Poppins"/>
          <w:sz w:val="20"/>
          <w:szCs w:val="20"/>
        </w:rPr>
        <w:t xml:space="preserve"> guest interaction procedures.</w:t>
      </w:r>
    </w:p>
    <w:p w14:paraId="5D03F42D" w14:textId="77777777" w:rsidR="00C52C1B" w:rsidRPr="0026277D" w:rsidRDefault="00E91009" w:rsidP="00947B75">
      <w:pPr>
        <w:pStyle w:val="ListBullet"/>
        <w:numPr>
          <w:ilvl w:val="0"/>
          <w:numId w:val="13"/>
        </w:numPr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hAnsi="Poppins"/>
          <w:sz w:val="20"/>
          <w:szCs w:val="20"/>
        </w:rPr>
        <w:t xml:space="preserve"> Assist with setup, service, and post-service duties under supervision.</w:t>
      </w:r>
    </w:p>
    <w:p w14:paraId="7BBB4E17" w14:textId="77777777" w:rsidR="00947B75" w:rsidRPr="0026277D" w:rsidRDefault="00E91009" w:rsidP="00947B75">
      <w:pPr>
        <w:pStyle w:val="ListBullet"/>
        <w:numPr>
          <w:ilvl w:val="0"/>
          <w:numId w:val="0"/>
        </w:numPr>
        <w:ind w:left="360" w:hanging="360"/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  <w:t>Customer Service</w:t>
      </w:r>
    </w:p>
    <w:p w14:paraId="5BAFD033" w14:textId="77777777" w:rsidR="00947B75" w:rsidRPr="0026277D" w:rsidRDefault="00E91009" w:rsidP="00947B75">
      <w:pPr>
        <w:pStyle w:val="ListBullet"/>
        <w:numPr>
          <w:ilvl w:val="0"/>
          <w:numId w:val="14"/>
        </w:numPr>
        <w:rPr>
          <w:rFonts w:eastAsiaTheme="minorHAnsi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sz w:val="20"/>
          <w:szCs w:val="20"/>
        </w:rPr>
        <w:t>Greet guests courteously and prov</w:t>
      </w:r>
      <w:r w:rsidR="00947B75" w:rsidRPr="0026277D">
        <w:rPr>
          <w:sz w:val="20"/>
          <w:szCs w:val="20"/>
        </w:rPr>
        <w:t>ide assistance when requested.</w:t>
      </w:r>
    </w:p>
    <w:p w14:paraId="02D31A82" w14:textId="77777777" w:rsidR="00947B75" w:rsidRPr="0026277D" w:rsidRDefault="00E91009" w:rsidP="00947B75">
      <w:pPr>
        <w:pStyle w:val="ListBullet"/>
        <w:numPr>
          <w:ilvl w:val="0"/>
          <w:numId w:val="14"/>
        </w:numPr>
        <w:rPr>
          <w:rFonts w:eastAsiaTheme="minorHAnsi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sz w:val="20"/>
          <w:szCs w:val="20"/>
        </w:rPr>
        <w:t xml:space="preserve"> Maintain a professional and friendly</w:t>
      </w:r>
      <w:r w:rsidR="00947B75" w:rsidRPr="0026277D">
        <w:rPr>
          <w:sz w:val="20"/>
          <w:szCs w:val="20"/>
        </w:rPr>
        <w:t xml:space="preserve"> attitude in all interactions.</w:t>
      </w:r>
    </w:p>
    <w:p w14:paraId="77ACA8DE" w14:textId="77777777" w:rsidR="00947B75" w:rsidRPr="0026277D" w:rsidRDefault="00E91009" w:rsidP="00947B75">
      <w:pPr>
        <w:pStyle w:val="ListBullet"/>
        <w:numPr>
          <w:ilvl w:val="0"/>
          <w:numId w:val="14"/>
        </w:numPr>
        <w:rPr>
          <w:rFonts w:eastAsiaTheme="minorHAnsi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sz w:val="20"/>
          <w:szCs w:val="20"/>
        </w:rPr>
        <w:t xml:space="preserve"> Support the delivery of </w:t>
      </w:r>
      <w:r w:rsidR="00947B75" w:rsidRPr="0026277D">
        <w:rPr>
          <w:sz w:val="20"/>
          <w:szCs w:val="20"/>
        </w:rPr>
        <w:t>exceptional guest experiences.</w:t>
      </w:r>
    </w:p>
    <w:p w14:paraId="35D73CF8" w14:textId="77777777" w:rsidR="00C52C1B" w:rsidRPr="0026277D" w:rsidRDefault="00E91009" w:rsidP="00947B75">
      <w:pPr>
        <w:pStyle w:val="ListBullet"/>
        <w:numPr>
          <w:ilvl w:val="0"/>
          <w:numId w:val="14"/>
        </w:numPr>
        <w:rPr>
          <w:rFonts w:eastAsiaTheme="minorHAnsi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sz w:val="20"/>
          <w:szCs w:val="20"/>
        </w:rPr>
        <w:t xml:space="preserve"> Report guest feedback to supervisors for continuous improvement.</w:t>
      </w:r>
    </w:p>
    <w:p w14:paraId="1D4ACB4A" w14:textId="77777777" w:rsidR="00947B75" w:rsidRPr="0026277D" w:rsidRDefault="00947B75" w:rsidP="00947B75">
      <w:pPr>
        <w:pStyle w:val="ListBullet"/>
        <w:numPr>
          <w:ilvl w:val="0"/>
          <w:numId w:val="0"/>
        </w:numPr>
        <w:ind w:left="360" w:hanging="360"/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</w:p>
    <w:p w14:paraId="59659D83" w14:textId="77777777" w:rsidR="00947B75" w:rsidRPr="0026277D" w:rsidRDefault="00E91009" w:rsidP="00947B75">
      <w:pPr>
        <w:pStyle w:val="ListBullet"/>
        <w:numPr>
          <w:ilvl w:val="0"/>
          <w:numId w:val="0"/>
        </w:numPr>
        <w:ind w:left="360" w:hanging="360"/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  <w:t>Learning &amp; Development</w:t>
      </w:r>
    </w:p>
    <w:p w14:paraId="2A589D4F" w14:textId="77777777" w:rsidR="00947B75" w:rsidRPr="0026277D" w:rsidRDefault="00E91009" w:rsidP="00947B75">
      <w:pPr>
        <w:pStyle w:val="ListBullet"/>
        <w:numPr>
          <w:ilvl w:val="0"/>
          <w:numId w:val="15"/>
        </w:numPr>
        <w:rPr>
          <w:rFonts w:eastAsiaTheme="minorHAnsi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sz w:val="20"/>
          <w:szCs w:val="20"/>
        </w:rPr>
        <w:t>Participate in on-the-job traini</w:t>
      </w:r>
      <w:r w:rsidR="00947B75" w:rsidRPr="0026277D">
        <w:rPr>
          <w:sz w:val="20"/>
          <w:szCs w:val="20"/>
        </w:rPr>
        <w:t>ng, mentoring, and workshops.</w:t>
      </w:r>
    </w:p>
    <w:p w14:paraId="249796B3" w14:textId="77777777" w:rsidR="00947B75" w:rsidRPr="0026277D" w:rsidRDefault="00E91009" w:rsidP="00947B75">
      <w:pPr>
        <w:pStyle w:val="ListBullet"/>
        <w:numPr>
          <w:ilvl w:val="0"/>
          <w:numId w:val="15"/>
        </w:numPr>
        <w:rPr>
          <w:rFonts w:eastAsiaTheme="minorHAnsi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sz w:val="20"/>
          <w:szCs w:val="20"/>
        </w:rPr>
        <w:t xml:space="preserve">Gain understanding of health, </w:t>
      </w:r>
      <w:r w:rsidR="00947B75" w:rsidRPr="0026277D">
        <w:rPr>
          <w:sz w:val="20"/>
          <w:szCs w:val="20"/>
        </w:rPr>
        <w:t>safety, and hygiene standards.</w:t>
      </w:r>
    </w:p>
    <w:p w14:paraId="667D10F0" w14:textId="77777777" w:rsidR="00947B75" w:rsidRPr="0026277D" w:rsidRDefault="00E91009" w:rsidP="00947B75">
      <w:pPr>
        <w:pStyle w:val="ListBullet"/>
        <w:numPr>
          <w:ilvl w:val="0"/>
          <w:numId w:val="15"/>
        </w:numPr>
        <w:rPr>
          <w:rFonts w:eastAsiaTheme="minorHAnsi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sz w:val="20"/>
          <w:szCs w:val="20"/>
        </w:rPr>
        <w:t xml:space="preserve"> Observe company policies, grooming standards, and work</w:t>
      </w:r>
      <w:r w:rsidR="00947B75" w:rsidRPr="0026277D">
        <w:rPr>
          <w:sz w:val="20"/>
          <w:szCs w:val="20"/>
        </w:rPr>
        <w:t>place conduct.</w:t>
      </w:r>
    </w:p>
    <w:p w14:paraId="66FFC511" w14:textId="77777777" w:rsidR="00C52C1B" w:rsidRPr="0026277D" w:rsidRDefault="00E91009" w:rsidP="00947B75">
      <w:pPr>
        <w:pStyle w:val="ListBullet"/>
        <w:numPr>
          <w:ilvl w:val="0"/>
          <w:numId w:val="15"/>
        </w:numPr>
        <w:rPr>
          <w:rFonts w:eastAsiaTheme="minorHAnsi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sz w:val="20"/>
          <w:szCs w:val="20"/>
        </w:rPr>
        <w:t xml:space="preserve"> Maintain a learning log and seek feedback for skill improvement.</w:t>
      </w:r>
    </w:p>
    <w:p w14:paraId="7D37FD01" w14:textId="77777777" w:rsidR="00947B75" w:rsidRPr="0026277D" w:rsidRDefault="00947B75" w:rsidP="00947B75">
      <w:pPr>
        <w:pStyle w:val="ListBullet"/>
        <w:numPr>
          <w:ilvl w:val="0"/>
          <w:numId w:val="0"/>
        </w:numPr>
        <w:ind w:left="360" w:hanging="360"/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</w:p>
    <w:p w14:paraId="67F21BC7" w14:textId="77777777" w:rsidR="00947B75" w:rsidRPr="0026277D" w:rsidRDefault="00947B75" w:rsidP="00947B75">
      <w:pPr>
        <w:pStyle w:val="ListBullet"/>
        <w:numPr>
          <w:ilvl w:val="0"/>
          <w:numId w:val="0"/>
        </w:numPr>
        <w:ind w:left="360" w:hanging="360"/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</w:p>
    <w:p w14:paraId="4E208A6B" w14:textId="77777777" w:rsidR="00947B75" w:rsidRPr="0026277D" w:rsidRDefault="00947B75" w:rsidP="00947B75">
      <w:pPr>
        <w:pStyle w:val="ListBullet"/>
        <w:numPr>
          <w:ilvl w:val="0"/>
          <w:numId w:val="0"/>
        </w:numPr>
        <w:ind w:left="360" w:hanging="360"/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</w:p>
    <w:p w14:paraId="516AFEA4" w14:textId="77777777" w:rsidR="00947B75" w:rsidRPr="0026277D" w:rsidRDefault="00947B75" w:rsidP="00947B75">
      <w:pPr>
        <w:pStyle w:val="ListBullet"/>
        <w:numPr>
          <w:ilvl w:val="0"/>
          <w:numId w:val="0"/>
        </w:numPr>
        <w:ind w:left="360" w:hanging="360"/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</w:p>
    <w:p w14:paraId="19C747BC" w14:textId="13DC8A76" w:rsidR="0FDAD5D1" w:rsidRDefault="0FDAD5D1" w:rsidP="0FDAD5D1">
      <w:pPr>
        <w:pStyle w:val="ListBullet"/>
        <w:numPr>
          <w:ilvl w:val="0"/>
          <w:numId w:val="0"/>
        </w:numPr>
        <w:rPr>
          <w:rFonts w:ascii="Poppins" w:hAnsi="Poppins" w:cs="Poppins"/>
          <w:b/>
          <w:bCs/>
          <w:sz w:val="20"/>
          <w:szCs w:val="20"/>
          <w:lang w:val="en-AU"/>
        </w:rPr>
      </w:pPr>
    </w:p>
    <w:p w14:paraId="528253C4" w14:textId="77777777" w:rsidR="00947B75" w:rsidRPr="0026277D" w:rsidRDefault="00E91009" w:rsidP="00947B75">
      <w:pPr>
        <w:pStyle w:val="ListBullet"/>
        <w:numPr>
          <w:ilvl w:val="0"/>
          <w:numId w:val="0"/>
        </w:numPr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  <w:t>Teamwork &amp; Administration</w:t>
      </w:r>
    </w:p>
    <w:p w14:paraId="6CD46CA1" w14:textId="77777777" w:rsidR="00947B75" w:rsidRPr="0026277D" w:rsidRDefault="00E91009" w:rsidP="00947B75">
      <w:pPr>
        <w:pStyle w:val="ListBullet"/>
        <w:numPr>
          <w:ilvl w:val="0"/>
          <w:numId w:val="16"/>
        </w:numPr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hAnsi="Poppins"/>
          <w:sz w:val="20"/>
          <w:szCs w:val="20"/>
        </w:rPr>
        <w:t>Work collaboratively with tea</w:t>
      </w:r>
      <w:r w:rsidR="00947B75" w:rsidRPr="0026277D">
        <w:rPr>
          <w:rFonts w:ascii="Poppins" w:hAnsi="Poppins"/>
          <w:sz w:val="20"/>
          <w:szCs w:val="20"/>
        </w:rPr>
        <w:t>m members in daily operations.</w:t>
      </w:r>
    </w:p>
    <w:p w14:paraId="2C5841F1" w14:textId="77777777" w:rsidR="00947B75" w:rsidRPr="0026277D" w:rsidRDefault="00E91009" w:rsidP="00947B75">
      <w:pPr>
        <w:pStyle w:val="ListBullet"/>
        <w:numPr>
          <w:ilvl w:val="0"/>
          <w:numId w:val="16"/>
        </w:numPr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hAnsi="Poppins"/>
          <w:sz w:val="20"/>
          <w:szCs w:val="20"/>
        </w:rPr>
        <w:t xml:space="preserve"> Assist with basic admin</w:t>
      </w:r>
      <w:r w:rsidR="00947B75" w:rsidRPr="0026277D">
        <w:rPr>
          <w:rFonts w:ascii="Poppins" w:hAnsi="Poppins"/>
          <w:sz w:val="20"/>
          <w:szCs w:val="20"/>
        </w:rPr>
        <w:t>istrative tasks when required.</w:t>
      </w:r>
    </w:p>
    <w:p w14:paraId="50E6924B" w14:textId="77777777" w:rsidR="00947B75" w:rsidRPr="0026277D" w:rsidRDefault="00E91009" w:rsidP="00947B75">
      <w:pPr>
        <w:pStyle w:val="ListBullet"/>
        <w:numPr>
          <w:ilvl w:val="0"/>
          <w:numId w:val="16"/>
        </w:numPr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hAnsi="Poppins"/>
          <w:sz w:val="20"/>
          <w:szCs w:val="20"/>
        </w:rPr>
        <w:t xml:space="preserve"> Uphold confidentiality and p</w:t>
      </w:r>
      <w:r w:rsidR="00947B75" w:rsidRPr="0026277D">
        <w:rPr>
          <w:rFonts w:ascii="Poppins" w:hAnsi="Poppins"/>
          <w:sz w:val="20"/>
          <w:szCs w:val="20"/>
        </w:rPr>
        <w:t>rofessionalism in all duties.</w:t>
      </w:r>
    </w:p>
    <w:p w14:paraId="3887159F" w14:textId="77777777" w:rsidR="00C52C1B" w:rsidRPr="0026277D" w:rsidRDefault="00E91009" w:rsidP="00947B75">
      <w:pPr>
        <w:pStyle w:val="ListBullet"/>
        <w:numPr>
          <w:ilvl w:val="0"/>
          <w:numId w:val="16"/>
        </w:numPr>
        <w:rPr>
          <w:rFonts w:ascii="Poppins" w:eastAsiaTheme="minorHAnsi" w:hAnsi="Poppins" w:cs="Poppins"/>
          <w:b/>
          <w:bCs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hAnsi="Poppins"/>
          <w:sz w:val="20"/>
          <w:szCs w:val="20"/>
        </w:rPr>
        <w:t xml:space="preserve"> Contribute to maintaining a clean, </w:t>
      </w:r>
      <w:proofErr w:type="spellStart"/>
      <w:r w:rsidRPr="0026277D">
        <w:rPr>
          <w:rFonts w:ascii="Poppins" w:hAnsi="Poppins"/>
          <w:sz w:val="20"/>
          <w:szCs w:val="20"/>
        </w:rPr>
        <w:t>organised</w:t>
      </w:r>
      <w:proofErr w:type="spellEnd"/>
      <w:r w:rsidRPr="0026277D">
        <w:rPr>
          <w:rFonts w:ascii="Poppins" w:hAnsi="Poppins"/>
          <w:sz w:val="20"/>
          <w:szCs w:val="20"/>
        </w:rPr>
        <w:t>, and safe work environment.</w:t>
      </w:r>
    </w:p>
    <w:p w14:paraId="31554E74" w14:textId="77777777" w:rsidR="00C52C1B" w:rsidRPr="0026277D" w:rsidRDefault="00E91009">
      <w:pPr>
        <w:pStyle w:val="Heading2"/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  <w:t>Qualifications and Experience</w:t>
      </w:r>
    </w:p>
    <w:p w14:paraId="30AF7BE1" w14:textId="77777777" w:rsidR="00947B75" w:rsidRPr="0026277D" w:rsidRDefault="00E91009" w:rsidP="00947B75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>Currently studying or recently completed a Certificate, Diploma, or Degree in Hospitali</w:t>
      </w:r>
      <w:r w:rsidR="00947B75" w:rsidRPr="0026277D">
        <w:rPr>
          <w:rFonts w:ascii="Poppins" w:hAnsi="Poppins"/>
          <w:sz w:val="20"/>
          <w:szCs w:val="20"/>
        </w:rPr>
        <w:t>ty, Tourism, or related field.</w:t>
      </w:r>
    </w:p>
    <w:p w14:paraId="57302201" w14:textId="77777777" w:rsidR="00947B75" w:rsidRPr="0026277D" w:rsidRDefault="00E91009" w:rsidP="00947B75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>Strong communica</w:t>
      </w:r>
      <w:r w:rsidR="00947B75" w:rsidRPr="0026277D">
        <w:rPr>
          <w:rFonts w:ascii="Poppins" w:hAnsi="Poppins"/>
          <w:sz w:val="20"/>
          <w:szCs w:val="20"/>
        </w:rPr>
        <w:t>tion and interpersonal skills.</w:t>
      </w:r>
    </w:p>
    <w:p w14:paraId="6C957433" w14:textId="77777777" w:rsidR="00947B75" w:rsidRPr="0026277D" w:rsidRDefault="00E91009" w:rsidP="00947B75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 xml:space="preserve"> Enthusiastic atti</w:t>
      </w:r>
      <w:r w:rsidR="00947B75" w:rsidRPr="0026277D">
        <w:rPr>
          <w:rFonts w:ascii="Poppins" w:hAnsi="Poppins"/>
          <w:sz w:val="20"/>
          <w:szCs w:val="20"/>
        </w:rPr>
        <w:t>tude and willingness to learn.</w:t>
      </w:r>
    </w:p>
    <w:p w14:paraId="3C97C1B0" w14:textId="77777777" w:rsidR="00947B75" w:rsidRPr="0026277D" w:rsidRDefault="00E91009" w:rsidP="00947B75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 xml:space="preserve"> Basic compute</w:t>
      </w:r>
      <w:r w:rsidR="00947B75" w:rsidRPr="0026277D">
        <w:rPr>
          <w:rFonts w:ascii="Poppins" w:hAnsi="Poppins"/>
          <w:sz w:val="20"/>
          <w:szCs w:val="20"/>
        </w:rPr>
        <w:t>r and customer service skills.</w:t>
      </w:r>
    </w:p>
    <w:p w14:paraId="24EE4BD7" w14:textId="77777777" w:rsidR="00C52C1B" w:rsidRPr="0026277D" w:rsidRDefault="00E91009" w:rsidP="00947B75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 xml:space="preserve"> Previous work experience or placement in hospitality (advantageous but not required).</w:t>
      </w:r>
    </w:p>
    <w:p w14:paraId="64E034D8" w14:textId="77777777" w:rsidR="00C52C1B" w:rsidRPr="0026277D" w:rsidRDefault="00E91009">
      <w:pPr>
        <w:pStyle w:val="Heading2"/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  <w:t>Skills and Competencies</w:t>
      </w:r>
    </w:p>
    <w:p w14:paraId="08583616" w14:textId="77777777" w:rsidR="00947B75" w:rsidRPr="0026277D" w:rsidRDefault="00E91009" w:rsidP="00947B75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>Posit</w:t>
      </w:r>
      <w:r w:rsidR="00947B75" w:rsidRPr="0026277D">
        <w:rPr>
          <w:rFonts w:ascii="Poppins" w:hAnsi="Poppins"/>
          <w:sz w:val="20"/>
          <w:szCs w:val="20"/>
        </w:rPr>
        <w:t>ive attitude and adaptability.</w:t>
      </w:r>
    </w:p>
    <w:p w14:paraId="3B1FA7E2" w14:textId="77777777" w:rsidR="00947B75" w:rsidRPr="0026277D" w:rsidRDefault="00E91009" w:rsidP="00947B75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 xml:space="preserve"> Eagerness to learn</w:t>
      </w:r>
      <w:r w:rsidR="00947B75" w:rsidRPr="0026277D">
        <w:rPr>
          <w:rFonts w:ascii="Poppins" w:hAnsi="Poppins"/>
          <w:sz w:val="20"/>
          <w:szCs w:val="20"/>
        </w:rPr>
        <w:t xml:space="preserve"> and develop practical skills.</w:t>
      </w:r>
    </w:p>
    <w:p w14:paraId="4878644A" w14:textId="77777777" w:rsidR="00947B75" w:rsidRPr="0026277D" w:rsidRDefault="00E91009" w:rsidP="00947B75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 xml:space="preserve"> Team-ori</w:t>
      </w:r>
      <w:r w:rsidR="00947B75" w:rsidRPr="0026277D">
        <w:rPr>
          <w:rFonts w:ascii="Poppins" w:hAnsi="Poppins"/>
          <w:sz w:val="20"/>
          <w:szCs w:val="20"/>
        </w:rPr>
        <w:t>ented and cooperative approach</w:t>
      </w:r>
    </w:p>
    <w:p w14:paraId="4DAC46E5" w14:textId="77777777" w:rsidR="00947B75" w:rsidRPr="0026277D" w:rsidRDefault="00E91009" w:rsidP="00947B75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 xml:space="preserve"> Tim</w:t>
      </w:r>
      <w:r w:rsidR="00947B75" w:rsidRPr="0026277D">
        <w:rPr>
          <w:rFonts w:ascii="Poppins" w:hAnsi="Poppins"/>
          <w:sz w:val="20"/>
          <w:szCs w:val="20"/>
        </w:rPr>
        <w:t>e management and reliability.</w:t>
      </w:r>
    </w:p>
    <w:p w14:paraId="65289B20" w14:textId="77777777" w:rsidR="00C52C1B" w:rsidRPr="0026277D" w:rsidRDefault="00E91009" w:rsidP="00947B75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>Professional presentation and grooming.</w:t>
      </w:r>
    </w:p>
    <w:p w14:paraId="61D415F5" w14:textId="77777777" w:rsidR="00C52C1B" w:rsidRPr="0026277D" w:rsidRDefault="00E91009">
      <w:pPr>
        <w:pStyle w:val="Heading2"/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  <w:t>Working Conditions</w:t>
      </w:r>
    </w:p>
    <w:p w14:paraId="205B3119" w14:textId="77777777" w:rsidR="00C52C1B" w:rsidRPr="0026277D" w:rsidRDefault="00E91009">
      <w:p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>This is a temporary internship or placement role based at Grand Royale Group properties in Gold Coast, Queensland. The role may include rostered shifts, including weekends or evenings, depending on operational needs.</w:t>
      </w:r>
    </w:p>
    <w:p w14:paraId="65773E6F" w14:textId="77777777" w:rsidR="00C52C1B" w:rsidRPr="0026277D" w:rsidRDefault="00E91009">
      <w:pPr>
        <w:pStyle w:val="Heading2"/>
        <w:rPr>
          <w:rFonts w:ascii="Poppins" w:hAnsi="Poppins"/>
          <w:sz w:val="20"/>
          <w:szCs w:val="20"/>
        </w:rPr>
      </w:pPr>
      <w:r w:rsidRPr="0026277D"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  <w:t>Key Performance Indicators (KPIs)</w:t>
      </w:r>
    </w:p>
    <w:p w14:paraId="2AA30490" w14:textId="77777777" w:rsidR="00947B75" w:rsidRPr="0026277D" w:rsidRDefault="00E91009" w:rsidP="00947B75">
      <w:pPr>
        <w:pStyle w:val="ListParagraph"/>
        <w:numPr>
          <w:ilvl w:val="0"/>
          <w:numId w:val="19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 xml:space="preserve">Completion of assigned training </w:t>
      </w:r>
      <w:r w:rsidR="00947B75" w:rsidRPr="0026277D">
        <w:rPr>
          <w:rFonts w:ascii="Poppins" w:hAnsi="Poppins"/>
          <w:sz w:val="20"/>
          <w:szCs w:val="20"/>
        </w:rPr>
        <w:t>objectives.</w:t>
      </w:r>
    </w:p>
    <w:p w14:paraId="4AF2D2CA" w14:textId="77777777" w:rsidR="00947B75" w:rsidRPr="0026277D" w:rsidRDefault="00E91009" w:rsidP="00947B75">
      <w:pPr>
        <w:pStyle w:val="ListParagraph"/>
        <w:numPr>
          <w:ilvl w:val="0"/>
          <w:numId w:val="19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 xml:space="preserve"> Demonstrated improv</w:t>
      </w:r>
      <w:r w:rsidR="00947B75" w:rsidRPr="0026277D">
        <w:rPr>
          <w:rFonts w:ascii="Poppins" w:hAnsi="Poppins"/>
          <w:sz w:val="20"/>
          <w:szCs w:val="20"/>
        </w:rPr>
        <w:t>ement in skills and knowledge.</w:t>
      </w:r>
    </w:p>
    <w:p w14:paraId="608D7E5A" w14:textId="77777777" w:rsidR="00947B75" w:rsidRPr="0026277D" w:rsidRDefault="00E91009" w:rsidP="00947B75">
      <w:pPr>
        <w:pStyle w:val="ListParagraph"/>
        <w:numPr>
          <w:ilvl w:val="0"/>
          <w:numId w:val="19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 xml:space="preserve"> Feedbac</w:t>
      </w:r>
      <w:r w:rsidR="00947B75" w:rsidRPr="0026277D">
        <w:rPr>
          <w:rFonts w:ascii="Poppins" w:hAnsi="Poppins"/>
          <w:sz w:val="20"/>
          <w:szCs w:val="20"/>
        </w:rPr>
        <w:t>k from supervisors and guests.</w:t>
      </w:r>
    </w:p>
    <w:p w14:paraId="2F351CE9" w14:textId="77777777" w:rsidR="00947B75" w:rsidRPr="0026277D" w:rsidRDefault="00E91009" w:rsidP="00947B75">
      <w:pPr>
        <w:pStyle w:val="ListParagraph"/>
        <w:numPr>
          <w:ilvl w:val="0"/>
          <w:numId w:val="19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 xml:space="preserve"> Pu</w:t>
      </w:r>
      <w:r w:rsidR="00947B75" w:rsidRPr="0026277D">
        <w:rPr>
          <w:rFonts w:ascii="Poppins" w:hAnsi="Poppins"/>
          <w:sz w:val="20"/>
          <w:szCs w:val="20"/>
        </w:rPr>
        <w:t>nctuality and professionalism.</w:t>
      </w:r>
    </w:p>
    <w:p w14:paraId="23A2E4CC" w14:textId="77777777" w:rsidR="00C52C1B" w:rsidRPr="0026277D" w:rsidRDefault="00E91009" w:rsidP="00947B75">
      <w:pPr>
        <w:pStyle w:val="ListParagraph"/>
        <w:numPr>
          <w:ilvl w:val="0"/>
          <w:numId w:val="19"/>
        </w:num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 xml:space="preserve"> Adherence to company standards and procedures.</w:t>
      </w:r>
    </w:p>
    <w:p w14:paraId="3B302AE5" w14:textId="77777777" w:rsidR="00947B75" w:rsidRPr="0026277D" w:rsidRDefault="00947B75">
      <w:pPr>
        <w:pStyle w:val="Heading2"/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</w:pPr>
    </w:p>
    <w:p w14:paraId="41EA634A" w14:textId="77777777" w:rsidR="00947B75" w:rsidRPr="0026277D" w:rsidRDefault="00947B75">
      <w:pPr>
        <w:pStyle w:val="Heading2"/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</w:pPr>
    </w:p>
    <w:p w14:paraId="57EFEE64" w14:textId="77777777" w:rsidR="00947B75" w:rsidRPr="0026277D" w:rsidRDefault="00947B75">
      <w:pPr>
        <w:pStyle w:val="Heading2"/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</w:pPr>
    </w:p>
    <w:p w14:paraId="2A994A5F" w14:textId="77777777" w:rsidR="00C52C1B" w:rsidRPr="0026277D" w:rsidRDefault="00E91009">
      <w:pPr>
        <w:pStyle w:val="Heading2"/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  <w:t>Company Values and Culture</w:t>
      </w:r>
    </w:p>
    <w:p w14:paraId="55C6E265" w14:textId="77777777" w:rsidR="00C52C1B" w:rsidRPr="0026277D" w:rsidRDefault="00E91009">
      <w:p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 xml:space="preserve">Grand Royale Group values learning, collaboration, and service excellence. The </w:t>
      </w:r>
      <w:proofErr w:type="spellStart"/>
      <w:r w:rsidRPr="0026277D">
        <w:rPr>
          <w:rFonts w:ascii="Poppins" w:hAnsi="Poppins"/>
          <w:sz w:val="20"/>
          <w:szCs w:val="20"/>
        </w:rPr>
        <w:t>organisation</w:t>
      </w:r>
      <w:proofErr w:type="spellEnd"/>
      <w:r w:rsidRPr="0026277D">
        <w:rPr>
          <w:rFonts w:ascii="Poppins" w:hAnsi="Poppins"/>
          <w:sz w:val="20"/>
          <w:szCs w:val="20"/>
        </w:rPr>
        <w:t xml:space="preserve"> provides a supportive environment for interns to develop their skills and gain valuable exposure to luxury hospitality operations.</w:t>
      </w:r>
    </w:p>
    <w:p w14:paraId="49E82C42" w14:textId="77777777" w:rsidR="00C52C1B" w:rsidRPr="0026277D" w:rsidRDefault="00E91009">
      <w:pPr>
        <w:pStyle w:val="Heading2"/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</w:pPr>
      <w:r w:rsidRPr="0026277D">
        <w:rPr>
          <w:rFonts w:ascii="Poppins" w:eastAsiaTheme="minorHAnsi" w:hAnsi="Poppins" w:cs="Poppins"/>
          <w:color w:val="B48F49"/>
          <w:kern w:val="2"/>
          <w:sz w:val="20"/>
          <w:szCs w:val="20"/>
          <w:lang w:val="en-AU"/>
          <w14:ligatures w14:val="standardContextual"/>
        </w:rPr>
        <w:t>Career Path</w:t>
      </w:r>
    </w:p>
    <w:p w14:paraId="6AF6CB92" w14:textId="77777777" w:rsidR="00C52C1B" w:rsidRPr="0026277D" w:rsidRDefault="00E91009">
      <w:pPr>
        <w:rPr>
          <w:rFonts w:ascii="Poppins" w:hAnsi="Poppins"/>
          <w:sz w:val="20"/>
          <w:szCs w:val="20"/>
        </w:rPr>
      </w:pPr>
      <w:r w:rsidRPr="0026277D">
        <w:rPr>
          <w:rFonts w:ascii="Poppins" w:hAnsi="Poppins"/>
          <w:sz w:val="20"/>
          <w:szCs w:val="20"/>
        </w:rPr>
        <w:t>Successful interns may be considered for future employment opportunities within Grand Royale Group, including entry-level roles such as Guest Service Agent, Food and Beverage Attendant, or Housekeeping Assistant.</w:t>
      </w:r>
    </w:p>
    <w:sectPr w:rsidR="00C52C1B" w:rsidRPr="0026277D" w:rsidSect="00034616">
      <w:headerReference w:type="default" r:id="rId8"/>
      <w:pgSz w:w="11907" w:h="16839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C74D2" w14:textId="77777777" w:rsidR="00B6252C" w:rsidRDefault="00B6252C" w:rsidP="00947B75">
      <w:pPr>
        <w:spacing w:after="0" w:line="240" w:lineRule="auto"/>
      </w:pPr>
      <w:r>
        <w:separator/>
      </w:r>
    </w:p>
  </w:endnote>
  <w:endnote w:type="continuationSeparator" w:id="0">
    <w:p w14:paraId="2FB0AC31" w14:textId="77777777" w:rsidR="00B6252C" w:rsidRDefault="00B6252C" w:rsidP="00947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Poppins">
    <w:altName w:val="Courier New"/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D5353" w14:textId="77777777" w:rsidR="00B6252C" w:rsidRDefault="00B6252C" w:rsidP="00947B75">
      <w:pPr>
        <w:spacing w:after="0" w:line="240" w:lineRule="auto"/>
      </w:pPr>
      <w:r>
        <w:separator/>
      </w:r>
    </w:p>
  </w:footnote>
  <w:footnote w:type="continuationSeparator" w:id="0">
    <w:p w14:paraId="3601EF3B" w14:textId="77777777" w:rsidR="00B6252C" w:rsidRDefault="00B6252C" w:rsidP="00947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740C3" w14:textId="77777777" w:rsidR="00947B75" w:rsidRDefault="00947B75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621C16F" wp14:editId="6806A3A7">
          <wp:simplePos x="0" y="0"/>
          <wp:positionH relativeFrom="column">
            <wp:posOffset>-1127234</wp:posOffset>
          </wp:positionH>
          <wp:positionV relativeFrom="paragraph">
            <wp:posOffset>-441434</wp:posOffset>
          </wp:positionV>
          <wp:extent cx="7725103" cy="10688595"/>
          <wp:effectExtent l="19050" t="19050" r="28575" b="17780"/>
          <wp:wrapNone/>
          <wp:docPr id="2028952598" name="Picture 2" descr="A white background with gold and silver colored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8952598" name="Picture 2" descr="A white background with gold and silver colored border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27542" cy="10691970"/>
                  </a:xfrm>
                  <a:prstGeom prst="rect">
                    <a:avLst/>
                  </a:prstGeom>
                  <a:ln w="9525">
                    <a:solidFill>
                      <a:srgbClr val="0070C0"/>
                    </a:solidFill>
                    <a:prstDash val="solid"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7212D79"/>
    <w:multiLevelType w:val="hybridMultilevel"/>
    <w:tmpl w:val="5ACCD25C"/>
    <w:lvl w:ilvl="0" w:tplc="8FDE9E34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10" w15:restartNumberingAfterBreak="0">
    <w:nsid w:val="0F247877"/>
    <w:multiLevelType w:val="hybridMultilevel"/>
    <w:tmpl w:val="82E04148"/>
    <w:lvl w:ilvl="0" w:tplc="8FDE9E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A13440"/>
    <w:multiLevelType w:val="hybridMultilevel"/>
    <w:tmpl w:val="7652A5C2"/>
    <w:lvl w:ilvl="0" w:tplc="8FDE9E34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12" w15:restartNumberingAfterBreak="0">
    <w:nsid w:val="2D3F0AD0"/>
    <w:multiLevelType w:val="hybridMultilevel"/>
    <w:tmpl w:val="E90AA3BA"/>
    <w:lvl w:ilvl="0" w:tplc="8FDE9E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9E3898"/>
    <w:multiLevelType w:val="hybridMultilevel"/>
    <w:tmpl w:val="C602DEFA"/>
    <w:lvl w:ilvl="0" w:tplc="8FDE9E34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14" w15:restartNumberingAfterBreak="0">
    <w:nsid w:val="629B185E"/>
    <w:multiLevelType w:val="hybridMultilevel"/>
    <w:tmpl w:val="1BB2FBCC"/>
    <w:lvl w:ilvl="0" w:tplc="8FDE9E34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15" w15:restartNumberingAfterBreak="0">
    <w:nsid w:val="787B4BEF"/>
    <w:multiLevelType w:val="hybridMultilevel"/>
    <w:tmpl w:val="904AF2D0"/>
    <w:lvl w:ilvl="0" w:tplc="8FDE9E34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num w:numId="1" w16cid:durableId="704208295">
    <w:abstractNumId w:val="8"/>
  </w:num>
  <w:num w:numId="2" w16cid:durableId="231160580">
    <w:abstractNumId w:val="6"/>
  </w:num>
  <w:num w:numId="3" w16cid:durableId="2059278416">
    <w:abstractNumId w:val="5"/>
  </w:num>
  <w:num w:numId="4" w16cid:durableId="1326739061">
    <w:abstractNumId w:val="4"/>
  </w:num>
  <w:num w:numId="5" w16cid:durableId="730620706">
    <w:abstractNumId w:val="7"/>
  </w:num>
  <w:num w:numId="6" w16cid:durableId="337078201">
    <w:abstractNumId w:val="3"/>
  </w:num>
  <w:num w:numId="7" w16cid:durableId="1897810652">
    <w:abstractNumId w:val="2"/>
  </w:num>
  <w:num w:numId="8" w16cid:durableId="1967615477">
    <w:abstractNumId w:val="1"/>
  </w:num>
  <w:num w:numId="9" w16cid:durableId="2137723209">
    <w:abstractNumId w:val="0"/>
  </w:num>
  <w:num w:numId="10" w16cid:durableId="961498858">
    <w:abstractNumId w:val="8"/>
  </w:num>
  <w:num w:numId="11" w16cid:durableId="1012293879">
    <w:abstractNumId w:val="8"/>
  </w:num>
  <w:num w:numId="12" w16cid:durableId="1012033703">
    <w:abstractNumId w:val="8"/>
  </w:num>
  <w:num w:numId="13" w16cid:durableId="1714764279">
    <w:abstractNumId w:val="11"/>
  </w:num>
  <w:num w:numId="14" w16cid:durableId="1470244204">
    <w:abstractNumId w:val="9"/>
  </w:num>
  <w:num w:numId="15" w16cid:durableId="727147187">
    <w:abstractNumId w:val="13"/>
  </w:num>
  <w:num w:numId="16" w16cid:durableId="549070474">
    <w:abstractNumId w:val="15"/>
  </w:num>
  <w:num w:numId="17" w16cid:durableId="47188381">
    <w:abstractNumId w:val="12"/>
  </w:num>
  <w:num w:numId="18" w16cid:durableId="1750808781">
    <w:abstractNumId w:val="10"/>
  </w:num>
  <w:num w:numId="19" w16cid:durableId="76357256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5E21"/>
    <w:rsid w:val="0006063C"/>
    <w:rsid w:val="0015074B"/>
    <w:rsid w:val="00163280"/>
    <w:rsid w:val="00205924"/>
    <w:rsid w:val="0026277D"/>
    <w:rsid w:val="0029639D"/>
    <w:rsid w:val="00326F90"/>
    <w:rsid w:val="006968EC"/>
    <w:rsid w:val="006A0EC1"/>
    <w:rsid w:val="008F10B5"/>
    <w:rsid w:val="00947B75"/>
    <w:rsid w:val="009E263F"/>
    <w:rsid w:val="00AA1D8D"/>
    <w:rsid w:val="00B47730"/>
    <w:rsid w:val="00B6252C"/>
    <w:rsid w:val="00BA2C87"/>
    <w:rsid w:val="00BE24CE"/>
    <w:rsid w:val="00C52C1B"/>
    <w:rsid w:val="00CB0664"/>
    <w:rsid w:val="00D44FB7"/>
    <w:rsid w:val="00E91009"/>
    <w:rsid w:val="00FC693F"/>
    <w:rsid w:val="0FDAD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EEB98B"/>
  <w14:defaultImageDpi w14:val="300"/>
  <w15:docId w15:val="{966C2CC9-17B4-40D4-8165-661078CDE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A988BBC-4EB2-4817-88EE-1FFEDCFE6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512</Words>
  <Characters>2919</Characters>
  <Application>Microsoft Office Word</Application>
  <DocSecurity>0</DocSecurity>
  <Lines>24</Lines>
  <Paragraphs>6</Paragraphs>
  <ScaleCrop>false</ScaleCrop>
  <Manager/>
  <Company/>
  <LinksUpToDate>false</LinksUpToDate>
  <CharactersWithSpaces>3425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 Owais</cp:lastModifiedBy>
  <cp:revision>9</cp:revision>
  <dcterms:created xsi:type="dcterms:W3CDTF">2013-12-23T23:15:00Z</dcterms:created>
  <dcterms:modified xsi:type="dcterms:W3CDTF">2026-05-17T13:23:00Z</dcterms:modified>
  <cp:category/>
</cp:coreProperties>
</file>