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164F1" w14:textId="77777777" w:rsidR="00527365" w:rsidRDefault="00527365">
      <w:pPr>
        <w:pStyle w:val="Heading1"/>
        <w:rPr>
          <w:rFonts w:ascii="Poppins" w:hAnsi="Poppins"/>
          <w:sz w:val="20"/>
          <w:szCs w:val="20"/>
        </w:rPr>
      </w:pPr>
    </w:p>
    <w:p w14:paraId="6A1A3E33" w14:textId="77777777" w:rsidR="00527365" w:rsidRDefault="00527365" w:rsidP="00527365">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14BC035B" w14:textId="7F528049" w:rsidR="7C1C565F" w:rsidRDefault="7C1C565F" w:rsidP="7C1C565F">
      <w:pPr>
        <w:pStyle w:val="Title"/>
        <w:pBdr>
          <w:bottom w:val="single" w:sz="8" w:space="1" w:color="B48F49"/>
        </w:pBdr>
        <w:spacing w:after="80"/>
        <w:jc w:val="center"/>
        <w:rPr>
          <w:rFonts w:ascii="Poppins" w:hAnsi="Poppins" w:cs="Poppins"/>
          <w:b/>
          <w:bCs/>
          <w:color w:val="auto"/>
          <w:sz w:val="28"/>
          <w:szCs w:val="28"/>
          <w:lang w:val="en-AU"/>
        </w:rPr>
      </w:pPr>
    </w:p>
    <w:p w14:paraId="0BD123C4" w14:textId="77777777" w:rsidR="00F716EC" w:rsidRPr="00527365" w:rsidRDefault="001725F0" w:rsidP="40C8D721">
      <w:pPr>
        <w:pStyle w:val="Title"/>
        <w:pBdr>
          <w:bottom w:val="single" w:sz="8" w:space="1" w:color="B48F49"/>
        </w:pBdr>
        <w:spacing w:after="80"/>
        <w:jc w:val="center"/>
        <w:rPr>
          <w:rFonts w:ascii="Poppins" w:hAnsi="Poppins"/>
          <w:sz w:val="28"/>
          <w:szCs w:val="28"/>
        </w:rPr>
      </w:pPr>
      <w:r w:rsidRPr="40C8D721">
        <w:rPr>
          <w:rFonts w:ascii="Poppins" w:hAnsi="Poppins" w:cs="Poppins"/>
          <w:b/>
          <w:bCs/>
          <w:color w:val="auto"/>
          <w:spacing w:val="-10"/>
          <w:sz w:val="28"/>
          <w:szCs w:val="28"/>
          <w:lang w:val="en-AU"/>
          <w14:ligatures w14:val="standardContextual"/>
        </w:rPr>
        <w:t>Job Description – Housekeepi</w:t>
      </w:r>
      <w:r w:rsidR="00527365" w:rsidRPr="40C8D721">
        <w:rPr>
          <w:rFonts w:ascii="Poppins" w:hAnsi="Poppins" w:cs="Poppins"/>
          <w:b/>
          <w:bCs/>
          <w:color w:val="auto"/>
          <w:spacing w:val="-10"/>
          <w:sz w:val="28"/>
          <w:szCs w:val="28"/>
          <w:lang w:val="en-AU"/>
          <w14:ligatures w14:val="standardContextual"/>
        </w:rPr>
        <w:t xml:space="preserve">ng Supervisor </w:t>
      </w:r>
    </w:p>
    <w:p w14:paraId="7155C5A1" w14:textId="77777777" w:rsidR="00527365" w:rsidRDefault="00527365">
      <w:pPr>
        <w:rPr>
          <w:rFonts w:ascii="Poppins" w:hAnsi="Poppins"/>
          <w:sz w:val="20"/>
          <w:szCs w:val="20"/>
        </w:rPr>
      </w:pPr>
    </w:p>
    <w:p w14:paraId="028BB0DF" w14:textId="77777777" w:rsidR="00F716EC" w:rsidRPr="00527365" w:rsidRDefault="00527365">
      <w:pPr>
        <w:rPr>
          <w:rFonts w:ascii="Poppins" w:hAnsi="Poppins"/>
          <w:sz w:val="20"/>
          <w:szCs w:val="20"/>
        </w:rPr>
      </w:pPr>
      <w:r w:rsidRPr="00527365">
        <w:rPr>
          <w:rFonts w:ascii="Poppins" w:eastAsiaTheme="minorHAnsi" w:hAnsi="Poppins" w:cs="Poppins"/>
          <w:b/>
          <w:bCs/>
          <w:color w:val="B48F49"/>
          <w:kern w:val="2"/>
          <w:sz w:val="20"/>
          <w:szCs w:val="20"/>
          <w:lang w:val="en-AU"/>
          <w14:ligatures w14:val="standardContextual"/>
        </w:rPr>
        <w:t>Document Control</w:t>
      </w:r>
      <w:r w:rsidRPr="00527365">
        <w:rPr>
          <w:rFonts w:ascii="Poppins" w:eastAsiaTheme="minorHAnsi" w:hAnsi="Poppins" w:cs="Poppins"/>
          <w:b/>
          <w:bCs/>
          <w:color w:val="B48F49"/>
          <w:kern w:val="2"/>
          <w:sz w:val="20"/>
          <w:szCs w:val="20"/>
          <w:lang w:val="en-AU"/>
          <w14:ligatures w14:val="standardContextual"/>
        </w:rPr>
        <w:br/>
      </w:r>
      <w:r w:rsidR="001725F0" w:rsidRPr="00527365">
        <w:rPr>
          <w:rFonts w:ascii="Poppins" w:eastAsiaTheme="minorHAnsi" w:hAnsi="Poppins" w:cs="Poppins"/>
          <w:b/>
          <w:bCs/>
          <w:kern w:val="2"/>
          <w:sz w:val="20"/>
          <w:szCs w:val="20"/>
          <w:lang w:val="en-AU"/>
          <w14:ligatures w14:val="standardContextual"/>
        </w:rPr>
        <w:t>Position Title</w:t>
      </w:r>
      <w:r w:rsidR="001725F0" w:rsidRPr="00527365">
        <w:rPr>
          <w:rFonts w:ascii="Poppins" w:hAnsi="Poppins"/>
          <w:sz w:val="20"/>
          <w:szCs w:val="20"/>
        </w:rPr>
        <w:t>: Housekeeping Supervisor</w:t>
      </w:r>
      <w:r w:rsidR="001725F0" w:rsidRPr="00527365">
        <w:rPr>
          <w:rFonts w:ascii="Poppins" w:hAnsi="Poppins"/>
          <w:sz w:val="20"/>
          <w:szCs w:val="20"/>
        </w:rPr>
        <w:br/>
      </w:r>
      <w:r w:rsidR="001725F0" w:rsidRPr="00527365">
        <w:rPr>
          <w:rFonts w:ascii="Poppins" w:eastAsiaTheme="minorHAnsi" w:hAnsi="Poppins" w:cs="Poppins"/>
          <w:b/>
          <w:bCs/>
          <w:kern w:val="2"/>
          <w:sz w:val="20"/>
          <w:szCs w:val="20"/>
          <w:lang w:val="en-AU"/>
          <w14:ligatures w14:val="standardContextual"/>
        </w:rPr>
        <w:t>Department</w:t>
      </w:r>
      <w:r w:rsidR="001725F0" w:rsidRPr="00527365">
        <w:rPr>
          <w:rFonts w:ascii="Poppins" w:hAnsi="Poppins"/>
          <w:sz w:val="20"/>
          <w:szCs w:val="20"/>
        </w:rPr>
        <w:t>: Housekeeping and Facilities</w:t>
      </w:r>
      <w:r w:rsidR="001725F0" w:rsidRPr="00527365">
        <w:rPr>
          <w:rFonts w:ascii="Poppins" w:hAnsi="Poppins"/>
          <w:sz w:val="20"/>
          <w:szCs w:val="20"/>
        </w:rPr>
        <w:br/>
      </w:r>
      <w:r w:rsidR="001725F0" w:rsidRPr="00527365">
        <w:rPr>
          <w:rFonts w:ascii="Poppins" w:eastAsiaTheme="minorHAnsi" w:hAnsi="Poppins" w:cs="Poppins"/>
          <w:b/>
          <w:bCs/>
          <w:kern w:val="2"/>
          <w:sz w:val="20"/>
          <w:szCs w:val="20"/>
          <w:lang w:val="en-AU"/>
          <w14:ligatures w14:val="standardContextual"/>
        </w:rPr>
        <w:t>Reports To</w:t>
      </w:r>
      <w:r w:rsidR="001725F0" w:rsidRPr="00527365">
        <w:rPr>
          <w:rFonts w:ascii="Poppins" w:hAnsi="Poppins"/>
          <w:sz w:val="20"/>
          <w:szCs w:val="20"/>
        </w:rPr>
        <w:t>: Head of Housekeeping and Facilities</w:t>
      </w:r>
      <w:r w:rsidR="001725F0" w:rsidRPr="00527365">
        <w:rPr>
          <w:rFonts w:ascii="Poppins" w:hAnsi="Poppins"/>
          <w:sz w:val="20"/>
          <w:szCs w:val="20"/>
        </w:rPr>
        <w:br/>
      </w:r>
      <w:r w:rsidR="001725F0" w:rsidRPr="00527365">
        <w:rPr>
          <w:rFonts w:ascii="Poppins" w:eastAsiaTheme="minorHAnsi" w:hAnsi="Poppins" w:cs="Poppins"/>
          <w:b/>
          <w:bCs/>
          <w:kern w:val="2"/>
          <w:sz w:val="20"/>
          <w:szCs w:val="20"/>
          <w:lang w:val="en-AU"/>
          <w14:ligatures w14:val="standardContextual"/>
        </w:rPr>
        <w:t>Version:</w:t>
      </w:r>
      <w:r w:rsidR="001725F0" w:rsidRPr="00527365">
        <w:rPr>
          <w:rFonts w:ascii="Poppins" w:hAnsi="Poppins"/>
          <w:sz w:val="20"/>
          <w:szCs w:val="20"/>
        </w:rPr>
        <w:t xml:space="preserve"> 1.0</w:t>
      </w:r>
    </w:p>
    <w:p w14:paraId="440D0665" w14:textId="77777777"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Job Overview</w:t>
      </w:r>
    </w:p>
    <w:p w14:paraId="42BB310D" w14:textId="77777777" w:rsidR="00F716EC" w:rsidRPr="00527365" w:rsidRDefault="001725F0">
      <w:pPr>
        <w:rPr>
          <w:rFonts w:ascii="Poppins" w:hAnsi="Poppins"/>
          <w:sz w:val="20"/>
          <w:szCs w:val="20"/>
        </w:rPr>
      </w:pPr>
      <w:r w:rsidRPr="00527365">
        <w:rPr>
          <w:rFonts w:ascii="Poppins" w:hAnsi="Poppins"/>
          <w:sz w:val="20"/>
          <w:szCs w:val="20"/>
        </w:rPr>
        <w:t xml:space="preserve">The Housekeeping Supervisor is responsible for overseeing the daily operations of the housekeeping team to ensure all guest rooms, public areas, and facilities meet Grand Royale Group’s luxury cleanliness and presentation standards. This role coordinates staff, manages schedules, and ensures compliance with WHS and hygiene regulations. The position requires excellent </w:t>
      </w:r>
      <w:proofErr w:type="spellStart"/>
      <w:r w:rsidRPr="00527365">
        <w:rPr>
          <w:rFonts w:ascii="Poppins" w:hAnsi="Poppins"/>
          <w:sz w:val="20"/>
          <w:szCs w:val="20"/>
        </w:rPr>
        <w:t>organisational</w:t>
      </w:r>
      <w:proofErr w:type="spellEnd"/>
      <w:r w:rsidRPr="00527365">
        <w:rPr>
          <w:rFonts w:ascii="Poppins" w:hAnsi="Poppins"/>
          <w:sz w:val="20"/>
          <w:szCs w:val="20"/>
        </w:rPr>
        <w:t xml:space="preserve"> skills, attention to detail, and a passion for maintaining high service quality within a fast-paced hospitality environment.</w:t>
      </w:r>
    </w:p>
    <w:p w14:paraId="2255A0D5" w14:textId="77777777"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Key Responsibilities</w:t>
      </w:r>
    </w:p>
    <w:p w14:paraId="4A07CE70" w14:textId="77777777" w:rsidR="00527365" w:rsidRDefault="001725F0"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27365">
        <w:rPr>
          <w:rFonts w:ascii="Poppins" w:eastAsiaTheme="minorHAnsi" w:hAnsi="Poppins" w:cs="Poppins"/>
          <w:b/>
          <w:bCs/>
          <w:kern w:val="2"/>
          <w:sz w:val="20"/>
          <w:szCs w:val="20"/>
          <w:lang w:val="en-AU"/>
          <w14:ligatures w14:val="standardContextual"/>
        </w:rPr>
        <w:t>Operational Supervision &amp; Service Quality</w:t>
      </w:r>
    </w:p>
    <w:p w14:paraId="28878E55" w14:textId="77777777" w:rsidR="00527365" w:rsidRPr="00527365" w:rsidRDefault="001725F0" w:rsidP="00527365">
      <w:pPr>
        <w:pStyle w:val="ListBullet"/>
        <w:numPr>
          <w:ilvl w:val="0"/>
          <w:numId w:val="10"/>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Supervise daily housekeeping operations across rooms, public ar</w:t>
      </w:r>
      <w:r w:rsidR="00527365">
        <w:rPr>
          <w:rFonts w:ascii="Poppins" w:hAnsi="Poppins"/>
          <w:sz w:val="20"/>
          <w:szCs w:val="20"/>
        </w:rPr>
        <w:t>eas, and back-of-house spaces.</w:t>
      </w:r>
    </w:p>
    <w:p w14:paraId="736C1F14" w14:textId="77777777" w:rsidR="00527365" w:rsidRPr="00527365" w:rsidRDefault="001725F0" w:rsidP="00527365">
      <w:pPr>
        <w:pStyle w:val="ListBullet"/>
        <w:numPr>
          <w:ilvl w:val="0"/>
          <w:numId w:val="10"/>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Conduct regular inspections to ensure cleanliness, maintenance, and pres</w:t>
      </w:r>
      <w:r w:rsidR="00527365">
        <w:rPr>
          <w:rFonts w:ascii="Poppins" w:hAnsi="Poppins"/>
          <w:sz w:val="20"/>
          <w:szCs w:val="20"/>
        </w:rPr>
        <w:t>entation meet brand standards.</w:t>
      </w:r>
    </w:p>
    <w:p w14:paraId="15F1380E" w14:textId="77777777" w:rsidR="00527365" w:rsidRPr="00527365" w:rsidRDefault="001725F0" w:rsidP="00527365">
      <w:pPr>
        <w:pStyle w:val="ListBullet"/>
        <w:numPr>
          <w:ilvl w:val="0"/>
          <w:numId w:val="10"/>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Manage linen and amenity inventory, ensuring efficient u</w:t>
      </w:r>
      <w:r w:rsidR="00527365">
        <w:rPr>
          <w:rFonts w:ascii="Poppins" w:hAnsi="Poppins"/>
          <w:sz w:val="20"/>
          <w:szCs w:val="20"/>
        </w:rPr>
        <w:t>sage and timely replenishment.</w:t>
      </w:r>
    </w:p>
    <w:p w14:paraId="6200393D" w14:textId="77777777" w:rsidR="00F716EC" w:rsidRPr="00527365" w:rsidRDefault="001725F0" w:rsidP="00527365">
      <w:pPr>
        <w:pStyle w:val="ListBullet"/>
        <w:numPr>
          <w:ilvl w:val="0"/>
          <w:numId w:val="10"/>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Coordinate with Front Office and Maintenance to ensure room readiness and issue resolution.</w:t>
      </w:r>
    </w:p>
    <w:p w14:paraId="3DA0D64A" w14:textId="77777777" w:rsidR="00527365" w:rsidRDefault="00527365"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ABC9375" w14:textId="77777777" w:rsidR="00B256DD" w:rsidRDefault="00B256DD">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1A8B2F0D" w14:textId="77777777" w:rsidR="00B256DD" w:rsidRDefault="00B256DD"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5DA8D24" w14:textId="77777777" w:rsidR="00B256DD" w:rsidRDefault="00B256DD"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968FE8F" w14:textId="77777777" w:rsidR="00B256DD" w:rsidRDefault="00B256DD"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706FD17E" w14:textId="77777777" w:rsidR="00B256DD" w:rsidRDefault="00B256DD"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E49BBC2" w14:textId="1BFA67E1" w:rsidR="00527365" w:rsidRDefault="001725F0" w:rsidP="0052736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27365">
        <w:rPr>
          <w:rFonts w:ascii="Poppins" w:eastAsiaTheme="minorHAnsi" w:hAnsi="Poppins" w:cs="Poppins"/>
          <w:b/>
          <w:bCs/>
          <w:kern w:val="2"/>
          <w:sz w:val="20"/>
          <w:szCs w:val="20"/>
          <w:lang w:val="en-AU"/>
          <w14:ligatures w14:val="standardContextual"/>
        </w:rPr>
        <w:t>Team Leadership &amp; Training</w:t>
      </w:r>
    </w:p>
    <w:p w14:paraId="4DB4EA60" w14:textId="77777777" w:rsidR="00527365" w:rsidRPr="00527365" w:rsidRDefault="001725F0" w:rsidP="00527365">
      <w:pPr>
        <w:pStyle w:val="ListBullet"/>
        <w:numPr>
          <w:ilvl w:val="0"/>
          <w:numId w:val="11"/>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Lead, train, and motivate room attendants and cleaning </w:t>
      </w:r>
      <w:r w:rsidR="00527365">
        <w:rPr>
          <w:rFonts w:ascii="Poppins" w:hAnsi="Poppins"/>
          <w:sz w:val="20"/>
          <w:szCs w:val="20"/>
        </w:rPr>
        <w:t>staff.</w:t>
      </w:r>
    </w:p>
    <w:p w14:paraId="30904A1B" w14:textId="77777777" w:rsidR="00527365" w:rsidRPr="00527365" w:rsidRDefault="001725F0" w:rsidP="00527365">
      <w:pPr>
        <w:pStyle w:val="ListBullet"/>
        <w:numPr>
          <w:ilvl w:val="0"/>
          <w:numId w:val="11"/>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Conduct performance evalua</w:t>
      </w:r>
      <w:r w:rsidR="00527365">
        <w:rPr>
          <w:rFonts w:ascii="Poppins" w:hAnsi="Poppins"/>
          <w:sz w:val="20"/>
          <w:szCs w:val="20"/>
        </w:rPr>
        <w:t>tions and on-the-job coaching.</w:t>
      </w:r>
    </w:p>
    <w:p w14:paraId="2A77B07F" w14:textId="77777777" w:rsidR="00527365" w:rsidRPr="00527365" w:rsidRDefault="001725F0" w:rsidP="00527365">
      <w:pPr>
        <w:pStyle w:val="ListBullet"/>
        <w:numPr>
          <w:ilvl w:val="0"/>
          <w:numId w:val="11"/>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Develop and maintain a positiv</w:t>
      </w:r>
      <w:r w:rsidR="00527365">
        <w:rPr>
          <w:rFonts w:ascii="Poppins" w:hAnsi="Poppins"/>
          <w:sz w:val="20"/>
          <w:szCs w:val="20"/>
        </w:rPr>
        <w:t>e and supportive team culture.</w:t>
      </w:r>
    </w:p>
    <w:p w14:paraId="4CBAC4F0" w14:textId="77777777" w:rsidR="00F716EC" w:rsidRPr="00527365" w:rsidRDefault="001725F0" w:rsidP="00527365">
      <w:pPr>
        <w:pStyle w:val="ListBullet"/>
        <w:numPr>
          <w:ilvl w:val="0"/>
          <w:numId w:val="11"/>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Ensure staff adhere to grooming, uniform, and conduct standards.</w:t>
      </w:r>
    </w:p>
    <w:p w14:paraId="36F3BDE3" w14:textId="6346A5AD" w:rsidR="00400B0E" w:rsidRDefault="00400B0E" w:rsidP="7C1C565F">
      <w:pPr>
        <w:pStyle w:val="ListBullet"/>
        <w:numPr>
          <w:ilvl w:val="0"/>
          <w:numId w:val="0"/>
        </w:numPr>
        <w:ind w:left="360" w:hanging="360"/>
        <w:rPr>
          <w:rFonts w:ascii="Poppins" w:hAnsi="Poppins" w:cs="Poppins"/>
          <w:b/>
          <w:bCs/>
          <w:kern w:val="2"/>
          <w:sz w:val="20"/>
          <w:szCs w:val="20"/>
          <w:lang w:val="en-AU"/>
          <w14:ligatures w14:val="standardContextual"/>
        </w:rPr>
      </w:pPr>
    </w:p>
    <w:p w14:paraId="19330331" w14:textId="0CC4B5CE" w:rsidR="00527365" w:rsidRDefault="001725F0" w:rsidP="00B256DD">
      <w:pPr>
        <w:rPr>
          <w:rFonts w:ascii="Poppins" w:eastAsiaTheme="minorHAnsi" w:hAnsi="Poppins" w:cs="Poppins"/>
          <w:b/>
          <w:bCs/>
          <w:kern w:val="2"/>
          <w:sz w:val="20"/>
          <w:szCs w:val="20"/>
          <w:lang w:val="en-AU"/>
          <w14:ligatures w14:val="standardContextual"/>
        </w:rPr>
      </w:pPr>
      <w:r w:rsidRPr="00527365">
        <w:rPr>
          <w:rFonts w:ascii="Poppins" w:eastAsiaTheme="minorHAnsi" w:hAnsi="Poppins" w:cs="Poppins"/>
          <w:b/>
          <w:bCs/>
          <w:kern w:val="2"/>
          <w:sz w:val="20"/>
          <w:szCs w:val="20"/>
          <w:lang w:val="en-AU"/>
          <w14:ligatures w14:val="standardContextual"/>
        </w:rPr>
        <w:t>Health, Safety &amp; Compliance</w:t>
      </w:r>
    </w:p>
    <w:p w14:paraId="550E2233" w14:textId="77777777" w:rsidR="00527365" w:rsidRPr="00527365" w:rsidRDefault="001725F0" w:rsidP="00527365">
      <w:pPr>
        <w:pStyle w:val="ListBullet"/>
        <w:numPr>
          <w:ilvl w:val="0"/>
          <w:numId w:val="12"/>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Ensure all staff comply with WHS, hygiene, </w:t>
      </w:r>
      <w:r w:rsidR="00527365">
        <w:rPr>
          <w:rFonts w:ascii="Poppins" w:hAnsi="Poppins"/>
          <w:sz w:val="20"/>
          <w:szCs w:val="20"/>
        </w:rPr>
        <w:t>and chemical safety procedures.</w:t>
      </w:r>
    </w:p>
    <w:p w14:paraId="1A42EF99" w14:textId="77777777" w:rsidR="00527365" w:rsidRPr="00527365" w:rsidRDefault="001725F0" w:rsidP="00527365">
      <w:pPr>
        <w:pStyle w:val="ListBullet"/>
        <w:numPr>
          <w:ilvl w:val="0"/>
          <w:numId w:val="12"/>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Conduct regular risk ass</w:t>
      </w:r>
      <w:r w:rsidR="00527365">
        <w:rPr>
          <w:rFonts w:ascii="Poppins" w:hAnsi="Poppins"/>
          <w:sz w:val="20"/>
          <w:szCs w:val="20"/>
        </w:rPr>
        <w:t>essments and safety briefings.</w:t>
      </w:r>
    </w:p>
    <w:p w14:paraId="14EE77BB" w14:textId="77777777" w:rsidR="00527365" w:rsidRPr="00527365" w:rsidRDefault="001725F0" w:rsidP="00527365">
      <w:pPr>
        <w:pStyle w:val="ListBullet"/>
        <w:numPr>
          <w:ilvl w:val="0"/>
          <w:numId w:val="12"/>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Manage lost and found items in a</w:t>
      </w:r>
      <w:r w:rsidR="00527365">
        <w:rPr>
          <w:rFonts w:ascii="Poppins" w:hAnsi="Poppins"/>
          <w:sz w:val="20"/>
          <w:szCs w:val="20"/>
        </w:rPr>
        <w:t>ccordance with company policy.</w:t>
      </w:r>
    </w:p>
    <w:p w14:paraId="1B740EC9" w14:textId="77777777" w:rsidR="00F716EC" w:rsidRPr="00527365" w:rsidRDefault="001725F0" w:rsidP="00527365">
      <w:pPr>
        <w:pStyle w:val="ListBullet"/>
        <w:numPr>
          <w:ilvl w:val="0"/>
          <w:numId w:val="12"/>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Maintain accurate cleaning and inspection records for audit purposes.</w:t>
      </w:r>
    </w:p>
    <w:p w14:paraId="73D06CDE" w14:textId="77777777" w:rsidR="00527365" w:rsidRDefault="00527365" w:rsidP="00400B0E">
      <w:pPr>
        <w:pStyle w:val="ListBullet"/>
        <w:numPr>
          <w:ilvl w:val="0"/>
          <w:numId w:val="0"/>
        </w:numPr>
        <w:rPr>
          <w:rFonts w:ascii="Poppins" w:eastAsiaTheme="minorHAnsi" w:hAnsi="Poppins" w:cs="Poppins"/>
          <w:b/>
          <w:bCs/>
          <w:kern w:val="2"/>
          <w:sz w:val="20"/>
          <w:szCs w:val="20"/>
          <w:lang w:val="en-AU"/>
          <w14:ligatures w14:val="standardContextual"/>
        </w:rPr>
      </w:pPr>
    </w:p>
    <w:p w14:paraId="1DED65F4" w14:textId="77777777" w:rsidR="00527365" w:rsidRDefault="001725F0" w:rsidP="00B256DD">
      <w:pPr>
        <w:pStyle w:val="ListBullet"/>
        <w:numPr>
          <w:ilvl w:val="0"/>
          <w:numId w:val="0"/>
        </w:numPr>
        <w:rPr>
          <w:rFonts w:ascii="Poppins" w:eastAsiaTheme="minorHAnsi" w:hAnsi="Poppins" w:cs="Poppins"/>
          <w:b/>
          <w:bCs/>
          <w:kern w:val="2"/>
          <w:sz w:val="20"/>
          <w:szCs w:val="20"/>
          <w:lang w:val="en-AU"/>
          <w14:ligatures w14:val="standardContextual"/>
        </w:rPr>
      </w:pPr>
      <w:r w:rsidRPr="00527365">
        <w:rPr>
          <w:rFonts w:ascii="Poppins" w:eastAsiaTheme="minorHAnsi" w:hAnsi="Poppins" w:cs="Poppins"/>
          <w:b/>
          <w:bCs/>
          <w:kern w:val="2"/>
          <w:sz w:val="20"/>
          <w:szCs w:val="20"/>
          <w:lang w:val="en-AU"/>
          <w14:ligatures w14:val="standardContextual"/>
        </w:rPr>
        <w:t>Administrative &amp; Reporting Duties</w:t>
      </w:r>
    </w:p>
    <w:p w14:paraId="376D0B4C" w14:textId="77777777" w:rsidR="00527365" w:rsidRPr="00527365" w:rsidRDefault="001725F0" w:rsidP="00527365">
      <w:pPr>
        <w:pStyle w:val="ListBullet"/>
        <w:numPr>
          <w:ilvl w:val="0"/>
          <w:numId w:val="13"/>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Prepare staff rosters an</w:t>
      </w:r>
      <w:r w:rsidR="00527365">
        <w:rPr>
          <w:rFonts w:ascii="Poppins" w:hAnsi="Poppins"/>
          <w:sz w:val="20"/>
          <w:szCs w:val="20"/>
        </w:rPr>
        <w:t>d assign daily cleaning tasks.</w:t>
      </w:r>
    </w:p>
    <w:p w14:paraId="6D572B4A" w14:textId="77777777" w:rsidR="00527365" w:rsidRPr="00527365" w:rsidRDefault="001725F0" w:rsidP="00527365">
      <w:pPr>
        <w:pStyle w:val="ListBullet"/>
        <w:numPr>
          <w:ilvl w:val="0"/>
          <w:numId w:val="13"/>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Track room status and report t</w:t>
      </w:r>
      <w:r w:rsidR="00527365">
        <w:rPr>
          <w:rFonts w:ascii="Poppins" w:hAnsi="Poppins"/>
          <w:sz w:val="20"/>
          <w:szCs w:val="20"/>
        </w:rPr>
        <w:t>o Front Office and Operations.</w:t>
      </w:r>
    </w:p>
    <w:p w14:paraId="44249711" w14:textId="77777777" w:rsidR="00527365" w:rsidRPr="00527365" w:rsidRDefault="001725F0" w:rsidP="00527365">
      <w:pPr>
        <w:pStyle w:val="ListBullet"/>
        <w:numPr>
          <w:ilvl w:val="0"/>
          <w:numId w:val="13"/>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Manage housekeeping supp</w:t>
      </w:r>
      <w:r w:rsidR="00527365">
        <w:rPr>
          <w:rFonts w:ascii="Poppins" w:hAnsi="Poppins"/>
          <w:sz w:val="20"/>
          <w:szCs w:val="20"/>
        </w:rPr>
        <w:t>lies and procurement requests.</w:t>
      </w:r>
    </w:p>
    <w:p w14:paraId="4AC43148" w14:textId="77777777" w:rsidR="00F716EC" w:rsidRPr="00527365" w:rsidRDefault="001725F0" w:rsidP="00527365">
      <w:pPr>
        <w:pStyle w:val="ListBullet"/>
        <w:numPr>
          <w:ilvl w:val="0"/>
          <w:numId w:val="13"/>
        </w:numPr>
        <w:rPr>
          <w:rFonts w:ascii="Poppins" w:eastAsiaTheme="minorHAnsi" w:hAnsi="Poppins" w:cs="Poppins"/>
          <w:b/>
          <w:bCs/>
          <w:kern w:val="2"/>
          <w:sz w:val="20"/>
          <w:szCs w:val="20"/>
          <w:lang w:val="en-AU"/>
          <w14:ligatures w14:val="standardContextual"/>
        </w:rPr>
      </w:pPr>
      <w:r w:rsidRPr="00527365">
        <w:rPr>
          <w:rFonts w:ascii="Poppins" w:hAnsi="Poppins"/>
          <w:sz w:val="20"/>
          <w:szCs w:val="20"/>
        </w:rPr>
        <w:t xml:space="preserve"> Report maintenance issues promptly and follow up on resolution.</w:t>
      </w:r>
    </w:p>
    <w:p w14:paraId="63A36348" w14:textId="77777777" w:rsidR="00F716EC" w:rsidRPr="00527365" w:rsidRDefault="001725F0">
      <w:pPr>
        <w:pStyle w:val="Heading2"/>
        <w:rPr>
          <w:rFonts w:ascii="Poppins" w:hAnsi="Poppins"/>
          <w:sz w:val="20"/>
          <w:szCs w:val="20"/>
        </w:rPr>
      </w:pPr>
      <w:r w:rsidRPr="00527365">
        <w:rPr>
          <w:rFonts w:ascii="Poppins" w:eastAsiaTheme="minorHAnsi" w:hAnsi="Poppins" w:cs="Poppins"/>
          <w:color w:val="B48F49"/>
          <w:kern w:val="2"/>
          <w:sz w:val="20"/>
          <w:szCs w:val="20"/>
          <w:lang w:val="en-AU"/>
          <w14:ligatures w14:val="standardContextual"/>
        </w:rPr>
        <w:t>Qualifications and Experience</w:t>
      </w:r>
    </w:p>
    <w:p w14:paraId="0E24AFFB" w14:textId="77777777" w:rsidR="005750C0" w:rsidRDefault="001725F0" w:rsidP="005750C0">
      <w:pPr>
        <w:pStyle w:val="ListParagraph"/>
        <w:numPr>
          <w:ilvl w:val="0"/>
          <w:numId w:val="14"/>
        </w:numPr>
        <w:rPr>
          <w:rFonts w:ascii="Poppins" w:hAnsi="Poppins"/>
          <w:sz w:val="20"/>
          <w:szCs w:val="20"/>
        </w:rPr>
      </w:pPr>
      <w:r w:rsidRPr="005750C0">
        <w:rPr>
          <w:rFonts w:ascii="Poppins" w:hAnsi="Poppins"/>
          <w:sz w:val="20"/>
          <w:szCs w:val="20"/>
        </w:rPr>
        <w:t>Certificate or Diploma in Hospitalit</w:t>
      </w:r>
      <w:r w:rsidR="005750C0">
        <w:rPr>
          <w:rFonts w:ascii="Poppins" w:hAnsi="Poppins"/>
          <w:sz w:val="20"/>
          <w:szCs w:val="20"/>
        </w:rPr>
        <w:t>y Management or related field.</w:t>
      </w:r>
    </w:p>
    <w:p w14:paraId="307FD619" w14:textId="77777777" w:rsidR="005750C0" w:rsidRDefault="001725F0" w:rsidP="005750C0">
      <w:pPr>
        <w:pStyle w:val="ListParagraph"/>
        <w:numPr>
          <w:ilvl w:val="0"/>
          <w:numId w:val="14"/>
        </w:numPr>
        <w:rPr>
          <w:rFonts w:ascii="Poppins" w:hAnsi="Poppins"/>
          <w:sz w:val="20"/>
          <w:szCs w:val="20"/>
        </w:rPr>
      </w:pPr>
      <w:r w:rsidRPr="005750C0">
        <w:rPr>
          <w:rFonts w:ascii="Poppins" w:hAnsi="Poppins"/>
          <w:sz w:val="20"/>
          <w:szCs w:val="20"/>
        </w:rPr>
        <w:t>Minimum 3–5 years’ experience in housekeeping, with at least 1–2 ye</w:t>
      </w:r>
      <w:r w:rsidR="005750C0">
        <w:rPr>
          <w:rFonts w:ascii="Poppins" w:hAnsi="Poppins"/>
          <w:sz w:val="20"/>
          <w:szCs w:val="20"/>
        </w:rPr>
        <w:t>ars in a supervisory capacity.</w:t>
      </w:r>
    </w:p>
    <w:p w14:paraId="3345537A" w14:textId="77777777" w:rsidR="005750C0" w:rsidRDefault="001725F0" w:rsidP="005750C0">
      <w:pPr>
        <w:pStyle w:val="ListParagraph"/>
        <w:numPr>
          <w:ilvl w:val="0"/>
          <w:numId w:val="14"/>
        </w:numPr>
        <w:rPr>
          <w:rFonts w:ascii="Poppins" w:hAnsi="Poppins"/>
          <w:sz w:val="20"/>
          <w:szCs w:val="20"/>
        </w:rPr>
      </w:pPr>
      <w:r w:rsidRPr="005750C0">
        <w:rPr>
          <w:rFonts w:ascii="Poppins" w:hAnsi="Poppins"/>
          <w:sz w:val="20"/>
          <w:szCs w:val="20"/>
        </w:rPr>
        <w:t xml:space="preserve"> Proven ability to lead teams and maintain service quality</w:t>
      </w:r>
      <w:r w:rsidR="005750C0" w:rsidRPr="005750C0">
        <w:rPr>
          <w:rFonts w:ascii="Poppins" w:hAnsi="Poppins"/>
          <w:sz w:val="20"/>
          <w:szCs w:val="20"/>
        </w:rPr>
        <w:t xml:space="preserve"> in a h</w:t>
      </w:r>
      <w:r w:rsidR="005750C0">
        <w:rPr>
          <w:rFonts w:ascii="Poppins" w:hAnsi="Poppins"/>
          <w:sz w:val="20"/>
          <w:szCs w:val="20"/>
        </w:rPr>
        <w:t>ospitality environment.</w:t>
      </w:r>
    </w:p>
    <w:p w14:paraId="05A0335C" w14:textId="77777777" w:rsidR="005750C0" w:rsidRDefault="001725F0" w:rsidP="005750C0">
      <w:pPr>
        <w:pStyle w:val="ListParagraph"/>
        <w:numPr>
          <w:ilvl w:val="0"/>
          <w:numId w:val="14"/>
        </w:numPr>
        <w:rPr>
          <w:rFonts w:ascii="Poppins" w:hAnsi="Poppins"/>
          <w:sz w:val="20"/>
          <w:szCs w:val="20"/>
        </w:rPr>
      </w:pPr>
      <w:r w:rsidRPr="005750C0">
        <w:rPr>
          <w:rFonts w:ascii="Poppins" w:hAnsi="Poppins"/>
          <w:sz w:val="20"/>
          <w:szCs w:val="20"/>
        </w:rPr>
        <w:t xml:space="preserve"> Knowledge of cleaning techniques, WHS stan</w:t>
      </w:r>
      <w:r w:rsidR="005750C0">
        <w:rPr>
          <w:rFonts w:ascii="Poppins" w:hAnsi="Poppins"/>
          <w:sz w:val="20"/>
          <w:szCs w:val="20"/>
        </w:rPr>
        <w:t>dards, and hygiene procedures.</w:t>
      </w:r>
    </w:p>
    <w:p w14:paraId="6DDF0133" w14:textId="77777777" w:rsidR="00F716EC" w:rsidRPr="005750C0" w:rsidRDefault="001725F0" w:rsidP="005750C0">
      <w:pPr>
        <w:pStyle w:val="ListParagraph"/>
        <w:numPr>
          <w:ilvl w:val="0"/>
          <w:numId w:val="14"/>
        </w:numPr>
        <w:rPr>
          <w:rFonts w:ascii="Poppins" w:hAnsi="Poppins"/>
          <w:sz w:val="20"/>
          <w:szCs w:val="20"/>
        </w:rPr>
      </w:pPr>
      <w:r w:rsidRPr="005750C0">
        <w:rPr>
          <w:rFonts w:ascii="Poppins" w:hAnsi="Poppins"/>
          <w:sz w:val="20"/>
          <w:szCs w:val="20"/>
        </w:rPr>
        <w:t xml:space="preserve"> Experience using housekeeping management systems preferred.</w:t>
      </w:r>
    </w:p>
    <w:p w14:paraId="1F3DE4E2" w14:textId="77777777"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Skills and Competencies</w:t>
      </w:r>
    </w:p>
    <w:p w14:paraId="2482868C" w14:textId="77777777" w:rsidR="005750C0" w:rsidRDefault="001725F0" w:rsidP="005750C0">
      <w:pPr>
        <w:pStyle w:val="ListParagraph"/>
        <w:numPr>
          <w:ilvl w:val="0"/>
          <w:numId w:val="15"/>
        </w:numPr>
        <w:rPr>
          <w:rFonts w:ascii="Poppins" w:hAnsi="Poppins"/>
          <w:sz w:val="20"/>
          <w:szCs w:val="20"/>
        </w:rPr>
      </w:pPr>
      <w:r w:rsidRPr="005750C0">
        <w:rPr>
          <w:rFonts w:ascii="Poppins" w:hAnsi="Poppins"/>
          <w:sz w:val="20"/>
          <w:szCs w:val="20"/>
        </w:rPr>
        <w:t>Leadershi</w:t>
      </w:r>
      <w:r w:rsidR="005750C0">
        <w:rPr>
          <w:rFonts w:ascii="Poppins" w:hAnsi="Poppins"/>
          <w:sz w:val="20"/>
          <w:szCs w:val="20"/>
        </w:rPr>
        <w:t>p and people management skills.</w:t>
      </w:r>
    </w:p>
    <w:p w14:paraId="3E707789" w14:textId="77777777" w:rsidR="005750C0" w:rsidRDefault="001725F0" w:rsidP="005750C0">
      <w:pPr>
        <w:pStyle w:val="ListParagraph"/>
        <w:numPr>
          <w:ilvl w:val="0"/>
          <w:numId w:val="15"/>
        </w:numPr>
        <w:rPr>
          <w:rFonts w:ascii="Poppins" w:hAnsi="Poppins"/>
          <w:sz w:val="20"/>
          <w:szCs w:val="20"/>
        </w:rPr>
      </w:pPr>
      <w:r w:rsidRPr="005750C0">
        <w:rPr>
          <w:rFonts w:ascii="Poppins" w:hAnsi="Poppins"/>
          <w:sz w:val="20"/>
          <w:szCs w:val="20"/>
        </w:rPr>
        <w:t xml:space="preserve"> Excellent attention to deta</w:t>
      </w:r>
      <w:r w:rsidR="005750C0">
        <w:rPr>
          <w:rFonts w:ascii="Poppins" w:hAnsi="Poppins"/>
          <w:sz w:val="20"/>
          <w:szCs w:val="20"/>
        </w:rPr>
        <w:t xml:space="preserve">il and </w:t>
      </w:r>
      <w:proofErr w:type="spellStart"/>
      <w:r w:rsidR="005750C0">
        <w:rPr>
          <w:rFonts w:ascii="Poppins" w:hAnsi="Poppins"/>
          <w:sz w:val="20"/>
          <w:szCs w:val="20"/>
        </w:rPr>
        <w:t>organisational</w:t>
      </w:r>
      <w:proofErr w:type="spellEnd"/>
      <w:r w:rsidR="005750C0">
        <w:rPr>
          <w:rFonts w:ascii="Poppins" w:hAnsi="Poppins"/>
          <w:sz w:val="20"/>
          <w:szCs w:val="20"/>
        </w:rPr>
        <w:t xml:space="preserve"> ability.</w:t>
      </w:r>
    </w:p>
    <w:p w14:paraId="7BA691F7" w14:textId="77777777" w:rsidR="005750C0" w:rsidRDefault="001725F0" w:rsidP="005750C0">
      <w:pPr>
        <w:pStyle w:val="ListParagraph"/>
        <w:numPr>
          <w:ilvl w:val="0"/>
          <w:numId w:val="15"/>
        </w:numPr>
        <w:rPr>
          <w:rFonts w:ascii="Poppins" w:hAnsi="Poppins"/>
          <w:sz w:val="20"/>
          <w:szCs w:val="20"/>
        </w:rPr>
      </w:pPr>
      <w:r w:rsidRPr="005750C0">
        <w:rPr>
          <w:rFonts w:ascii="Poppins" w:hAnsi="Poppins"/>
          <w:sz w:val="20"/>
          <w:szCs w:val="20"/>
        </w:rPr>
        <w:t xml:space="preserve"> Strong communica</w:t>
      </w:r>
      <w:r w:rsidR="005750C0" w:rsidRPr="005750C0">
        <w:rPr>
          <w:rFonts w:ascii="Poppins" w:hAnsi="Poppins"/>
          <w:sz w:val="20"/>
          <w:szCs w:val="20"/>
        </w:rPr>
        <w:t>tion and interpersona</w:t>
      </w:r>
      <w:r w:rsidR="005750C0">
        <w:rPr>
          <w:rFonts w:ascii="Poppins" w:hAnsi="Poppins"/>
          <w:sz w:val="20"/>
          <w:szCs w:val="20"/>
        </w:rPr>
        <w:t>l skills.</w:t>
      </w:r>
    </w:p>
    <w:p w14:paraId="403AB0B5" w14:textId="77777777" w:rsidR="005750C0" w:rsidRDefault="001725F0" w:rsidP="005750C0">
      <w:pPr>
        <w:pStyle w:val="ListParagraph"/>
        <w:numPr>
          <w:ilvl w:val="0"/>
          <w:numId w:val="15"/>
        </w:numPr>
        <w:rPr>
          <w:rFonts w:ascii="Poppins" w:hAnsi="Poppins"/>
          <w:sz w:val="20"/>
          <w:szCs w:val="20"/>
        </w:rPr>
      </w:pPr>
      <w:r w:rsidRPr="005750C0">
        <w:rPr>
          <w:rFonts w:ascii="Poppins" w:hAnsi="Poppins"/>
          <w:sz w:val="20"/>
          <w:szCs w:val="20"/>
        </w:rPr>
        <w:t xml:space="preserve"> Time management</w:t>
      </w:r>
      <w:r w:rsidR="005750C0">
        <w:rPr>
          <w:rFonts w:ascii="Poppins" w:hAnsi="Poppins"/>
          <w:sz w:val="20"/>
          <w:szCs w:val="20"/>
        </w:rPr>
        <w:t xml:space="preserve"> and multitasking proficiency.</w:t>
      </w:r>
    </w:p>
    <w:p w14:paraId="2699F2E3" w14:textId="77777777" w:rsidR="00F716EC" w:rsidRPr="005750C0" w:rsidRDefault="001725F0" w:rsidP="005750C0">
      <w:pPr>
        <w:pStyle w:val="ListParagraph"/>
        <w:numPr>
          <w:ilvl w:val="0"/>
          <w:numId w:val="15"/>
        </w:numPr>
        <w:rPr>
          <w:rFonts w:ascii="Poppins" w:hAnsi="Poppins"/>
          <w:sz w:val="20"/>
          <w:szCs w:val="20"/>
        </w:rPr>
      </w:pPr>
      <w:r w:rsidRPr="005750C0">
        <w:rPr>
          <w:rFonts w:ascii="Poppins" w:hAnsi="Poppins"/>
          <w:sz w:val="20"/>
          <w:szCs w:val="20"/>
        </w:rPr>
        <w:t xml:space="preserve"> Ability to maintain discretion and professionalism at all times.</w:t>
      </w:r>
    </w:p>
    <w:p w14:paraId="3B4785C5" w14:textId="77777777" w:rsidR="00B256DD" w:rsidRDefault="00B256DD">
      <w:pPr>
        <w:pStyle w:val="Heading2"/>
        <w:rPr>
          <w:rFonts w:ascii="Poppins" w:eastAsiaTheme="minorHAnsi" w:hAnsi="Poppins" w:cs="Poppins"/>
          <w:color w:val="B48F49"/>
          <w:kern w:val="2"/>
          <w:sz w:val="20"/>
          <w:szCs w:val="20"/>
          <w:lang w:val="en-AU"/>
          <w14:ligatures w14:val="standardContextual"/>
        </w:rPr>
      </w:pPr>
    </w:p>
    <w:p w14:paraId="58BF42C3" w14:textId="77777777" w:rsidR="00B256DD" w:rsidRDefault="00B256DD">
      <w:pPr>
        <w:pStyle w:val="Heading2"/>
        <w:rPr>
          <w:rFonts w:ascii="Poppins" w:eastAsiaTheme="minorHAnsi" w:hAnsi="Poppins" w:cs="Poppins"/>
          <w:color w:val="B48F49"/>
          <w:kern w:val="2"/>
          <w:sz w:val="20"/>
          <w:szCs w:val="20"/>
          <w:lang w:val="en-AU"/>
          <w14:ligatures w14:val="standardContextual"/>
        </w:rPr>
      </w:pPr>
    </w:p>
    <w:p w14:paraId="56DB0E13" w14:textId="77777777" w:rsidR="00B256DD" w:rsidRDefault="00B256DD">
      <w:pPr>
        <w:pStyle w:val="Heading2"/>
        <w:rPr>
          <w:rFonts w:ascii="Poppins" w:eastAsiaTheme="minorHAnsi" w:hAnsi="Poppins" w:cs="Poppins"/>
          <w:color w:val="B48F49"/>
          <w:kern w:val="2"/>
          <w:sz w:val="20"/>
          <w:szCs w:val="20"/>
          <w:lang w:val="en-AU"/>
          <w14:ligatures w14:val="standardContextual"/>
        </w:rPr>
      </w:pPr>
    </w:p>
    <w:p w14:paraId="7B07ADDA" w14:textId="3C710509"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Working Conditions</w:t>
      </w:r>
    </w:p>
    <w:p w14:paraId="1A8C1849" w14:textId="762D4066" w:rsidR="00400B0E" w:rsidRDefault="001725F0" w:rsidP="7C1C565F">
      <w:pPr>
        <w:rPr>
          <w:rFonts w:ascii="Poppins" w:hAnsi="Poppins"/>
          <w:kern w:val="2"/>
          <w:sz w:val="20"/>
          <w:szCs w:val="20"/>
          <w:lang w:val="en-AU"/>
          <w14:ligatures w14:val="standardContextual"/>
        </w:rPr>
      </w:pPr>
      <w:r w:rsidRPr="7C1C565F">
        <w:rPr>
          <w:rFonts w:ascii="Poppins" w:hAnsi="Poppins"/>
          <w:sz w:val="20"/>
          <w:szCs w:val="20"/>
        </w:rPr>
        <w:t>This is a full-time position based at Grand Royale Group’s hotel and resort properties in Gold Coast, Queensland. The role requires flexibility to work weekends, holidays, and varying shifts to meet operational needs and ensure service coverage.</w:t>
      </w:r>
    </w:p>
    <w:p w14:paraId="16EC64CA" w14:textId="7DBEC4AD" w:rsidR="00F716EC" w:rsidRPr="00527365" w:rsidRDefault="001725F0" w:rsidP="7C1C565F">
      <w:pPr>
        <w:pStyle w:val="Heading2"/>
        <w:rPr>
          <w:rFonts w:ascii="Poppins" w:eastAsiaTheme="minorEastAsia" w:hAnsi="Poppins" w:cs="Poppins"/>
          <w:color w:val="B48F49"/>
          <w:kern w:val="2"/>
          <w:sz w:val="20"/>
          <w:szCs w:val="20"/>
          <w:lang w:val="en-AU"/>
          <w14:ligatures w14:val="standardContextual"/>
        </w:rPr>
      </w:pPr>
      <w:r w:rsidRPr="7C1C565F">
        <w:rPr>
          <w:rFonts w:ascii="Poppins" w:eastAsiaTheme="minorEastAsia" w:hAnsi="Poppins" w:cs="Poppins"/>
          <w:color w:val="B48F49"/>
          <w:kern w:val="2"/>
          <w:sz w:val="20"/>
          <w:szCs w:val="20"/>
          <w:lang w:val="en-AU"/>
          <w14:ligatures w14:val="standardContextual"/>
        </w:rPr>
        <w:t>Key Performance Indicators (KPIs)</w:t>
      </w:r>
    </w:p>
    <w:p w14:paraId="05E35D7F" w14:textId="77777777" w:rsidR="005750C0" w:rsidRDefault="001725F0" w:rsidP="005750C0">
      <w:pPr>
        <w:pStyle w:val="ListParagraph"/>
        <w:numPr>
          <w:ilvl w:val="0"/>
          <w:numId w:val="16"/>
        </w:numPr>
        <w:rPr>
          <w:rFonts w:ascii="Poppins" w:hAnsi="Poppins"/>
          <w:sz w:val="20"/>
          <w:szCs w:val="20"/>
        </w:rPr>
      </w:pPr>
      <w:r w:rsidRPr="005750C0">
        <w:rPr>
          <w:rFonts w:ascii="Poppins" w:hAnsi="Poppins"/>
          <w:sz w:val="20"/>
          <w:szCs w:val="20"/>
        </w:rPr>
        <w:t>Guest satisf</w:t>
      </w:r>
      <w:r w:rsidR="005750C0">
        <w:rPr>
          <w:rFonts w:ascii="Poppins" w:hAnsi="Poppins"/>
          <w:sz w:val="20"/>
          <w:szCs w:val="20"/>
        </w:rPr>
        <w:t>action and cleanliness scores.</w:t>
      </w:r>
    </w:p>
    <w:p w14:paraId="7E8688E1" w14:textId="77777777" w:rsidR="005750C0" w:rsidRDefault="001725F0" w:rsidP="005750C0">
      <w:pPr>
        <w:pStyle w:val="ListParagraph"/>
        <w:numPr>
          <w:ilvl w:val="0"/>
          <w:numId w:val="16"/>
        </w:numPr>
        <w:rPr>
          <w:rFonts w:ascii="Poppins" w:hAnsi="Poppins"/>
          <w:sz w:val="20"/>
          <w:szCs w:val="20"/>
        </w:rPr>
      </w:pPr>
      <w:r w:rsidRPr="005750C0">
        <w:rPr>
          <w:rFonts w:ascii="Poppins" w:hAnsi="Poppins"/>
          <w:sz w:val="20"/>
          <w:szCs w:val="20"/>
        </w:rPr>
        <w:t xml:space="preserve"> Room readin</w:t>
      </w:r>
      <w:r w:rsidR="005750C0">
        <w:rPr>
          <w:rFonts w:ascii="Poppins" w:hAnsi="Poppins"/>
          <w:sz w:val="20"/>
          <w:szCs w:val="20"/>
        </w:rPr>
        <w:t>ess and turnaround efficiency.</w:t>
      </w:r>
    </w:p>
    <w:p w14:paraId="0A3E2557" w14:textId="77777777" w:rsidR="005750C0" w:rsidRDefault="001725F0" w:rsidP="005750C0">
      <w:pPr>
        <w:pStyle w:val="ListParagraph"/>
        <w:numPr>
          <w:ilvl w:val="0"/>
          <w:numId w:val="16"/>
        </w:numPr>
        <w:rPr>
          <w:rFonts w:ascii="Poppins" w:hAnsi="Poppins"/>
          <w:sz w:val="20"/>
          <w:szCs w:val="20"/>
        </w:rPr>
      </w:pPr>
      <w:r w:rsidRPr="005750C0">
        <w:rPr>
          <w:rFonts w:ascii="Poppins" w:hAnsi="Poppins"/>
          <w:sz w:val="20"/>
          <w:szCs w:val="20"/>
        </w:rPr>
        <w:t xml:space="preserve"> Compliance w</w:t>
      </w:r>
      <w:r w:rsidR="005750C0">
        <w:rPr>
          <w:rFonts w:ascii="Poppins" w:hAnsi="Poppins"/>
          <w:sz w:val="20"/>
          <w:szCs w:val="20"/>
        </w:rPr>
        <w:t>ith WHS and hygiene standards.</w:t>
      </w:r>
    </w:p>
    <w:p w14:paraId="0D2B28FD" w14:textId="77777777" w:rsidR="005750C0" w:rsidRDefault="001725F0" w:rsidP="005750C0">
      <w:pPr>
        <w:pStyle w:val="ListParagraph"/>
        <w:numPr>
          <w:ilvl w:val="0"/>
          <w:numId w:val="16"/>
        </w:numPr>
        <w:rPr>
          <w:rFonts w:ascii="Poppins" w:hAnsi="Poppins"/>
          <w:sz w:val="20"/>
          <w:szCs w:val="20"/>
        </w:rPr>
      </w:pPr>
      <w:r w:rsidRPr="005750C0">
        <w:rPr>
          <w:rFonts w:ascii="Poppins" w:hAnsi="Poppins"/>
          <w:sz w:val="20"/>
          <w:szCs w:val="20"/>
        </w:rPr>
        <w:t xml:space="preserve"> Staf</w:t>
      </w:r>
      <w:r w:rsidR="005750C0">
        <w:rPr>
          <w:rFonts w:ascii="Poppins" w:hAnsi="Poppins"/>
          <w:sz w:val="20"/>
          <w:szCs w:val="20"/>
        </w:rPr>
        <w:t>f productivity and engagement.</w:t>
      </w:r>
    </w:p>
    <w:p w14:paraId="4BD03618" w14:textId="77777777" w:rsidR="00F716EC" w:rsidRPr="005750C0" w:rsidRDefault="001725F0" w:rsidP="005750C0">
      <w:pPr>
        <w:pStyle w:val="ListParagraph"/>
        <w:numPr>
          <w:ilvl w:val="0"/>
          <w:numId w:val="16"/>
        </w:numPr>
        <w:rPr>
          <w:rFonts w:ascii="Poppins" w:hAnsi="Poppins"/>
          <w:sz w:val="20"/>
          <w:szCs w:val="20"/>
        </w:rPr>
      </w:pPr>
      <w:r w:rsidRPr="005750C0">
        <w:rPr>
          <w:rFonts w:ascii="Poppins" w:hAnsi="Poppins"/>
          <w:sz w:val="20"/>
          <w:szCs w:val="20"/>
        </w:rPr>
        <w:t xml:space="preserve"> Cost control and inventory management accuracy.</w:t>
      </w:r>
    </w:p>
    <w:p w14:paraId="0DB81BCD" w14:textId="77777777"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Company Values and Culture</w:t>
      </w:r>
    </w:p>
    <w:p w14:paraId="6B0F3C38" w14:textId="77777777" w:rsidR="00F716EC" w:rsidRPr="00527365" w:rsidRDefault="001725F0">
      <w:pPr>
        <w:rPr>
          <w:rFonts w:ascii="Poppins" w:hAnsi="Poppins"/>
          <w:sz w:val="20"/>
          <w:szCs w:val="20"/>
        </w:rPr>
      </w:pPr>
      <w:r w:rsidRPr="7C1C565F">
        <w:rPr>
          <w:rFonts w:ascii="Poppins" w:hAnsi="Poppins"/>
          <w:sz w:val="20"/>
          <w:szCs w:val="20"/>
        </w:rPr>
        <w:t xml:space="preserve">Grand Royale Group values excellence, teamwork, and integrity in service delivery. The </w:t>
      </w:r>
      <w:proofErr w:type="spellStart"/>
      <w:r w:rsidRPr="7C1C565F">
        <w:rPr>
          <w:rFonts w:ascii="Poppins" w:hAnsi="Poppins"/>
          <w:sz w:val="20"/>
          <w:szCs w:val="20"/>
        </w:rPr>
        <w:t>organisation</w:t>
      </w:r>
      <w:proofErr w:type="spellEnd"/>
      <w:r w:rsidRPr="7C1C565F">
        <w:rPr>
          <w:rFonts w:ascii="Poppins" w:hAnsi="Poppins"/>
          <w:sz w:val="20"/>
          <w:szCs w:val="20"/>
        </w:rPr>
        <w:t xml:space="preserve"> promotes a culture of care, respect, and continuous improvement. The Housekeeping Supervisor ensures these values are reflected in every aspect of the team’s performance and guest experience.</w:t>
      </w:r>
    </w:p>
    <w:p w14:paraId="274FEB40" w14:textId="77777777" w:rsidR="00F716EC" w:rsidRPr="00527365" w:rsidRDefault="001725F0">
      <w:pPr>
        <w:pStyle w:val="Heading2"/>
        <w:rPr>
          <w:rFonts w:ascii="Poppins" w:eastAsiaTheme="minorHAnsi" w:hAnsi="Poppins" w:cs="Poppins"/>
          <w:color w:val="B48F49"/>
          <w:kern w:val="2"/>
          <w:sz w:val="20"/>
          <w:szCs w:val="20"/>
          <w:lang w:val="en-AU"/>
          <w14:ligatures w14:val="standardContextual"/>
        </w:rPr>
      </w:pPr>
      <w:r w:rsidRPr="00527365">
        <w:rPr>
          <w:rFonts w:ascii="Poppins" w:eastAsiaTheme="minorHAnsi" w:hAnsi="Poppins" w:cs="Poppins"/>
          <w:color w:val="B48F49"/>
          <w:kern w:val="2"/>
          <w:sz w:val="20"/>
          <w:szCs w:val="20"/>
          <w:lang w:val="en-AU"/>
          <w14:ligatures w14:val="standardContextual"/>
        </w:rPr>
        <w:t>Career Path</w:t>
      </w:r>
    </w:p>
    <w:p w14:paraId="4000BD95" w14:textId="77777777" w:rsidR="00F716EC" w:rsidRPr="00527365" w:rsidRDefault="001725F0">
      <w:pPr>
        <w:rPr>
          <w:rFonts w:ascii="Poppins" w:hAnsi="Poppins"/>
          <w:sz w:val="20"/>
          <w:szCs w:val="20"/>
        </w:rPr>
      </w:pPr>
      <w:r w:rsidRPr="00527365">
        <w:rPr>
          <w:rFonts w:ascii="Poppins" w:hAnsi="Poppins"/>
          <w:sz w:val="20"/>
          <w:szCs w:val="20"/>
        </w:rPr>
        <w:t>This role offers opportunities for progression into senior positions such as Executive Housekeeper, Facilities Manager, or Head of Housekeeping and Facilities within Grand Royale Group or other premium hospitality establishments.</w:t>
      </w:r>
    </w:p>
    <w:sectPr w:rsidR="00F716EC" w:rsidRPr="00527365"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4FA60" w14:textId="77777777" w:rsidR="00DB1964" w:rsidRDefault="00DB1964" w:rsidP="00527365">
      <w:pPr>
        <w:spacing w:after="0" w:line="240" w:lineRule="auto"/>
      </w:pPr>
      <w:r>
        <w:separator/>
      </w:r>
    </w:p>
  </w:endnote>
  <w:endnote w:type="continuationSeparator" w:id="0">
    <w:p w14:paraId="242543A8" w14:textId="77777777" w:rsidR="00DB1964" w:rsidRDefault="00DB1964" w:rsidP="00527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71908" w14:textId="77777777" w:rsidR="00DB1964" w:rsidRDefault="00DB1964" w:rsidP="00527365">
      <w:pPr>
        <w:spacing w:after="0" w:line="240" w:lineRule="auto"/>
      </w:pPr>
      <w:r>
        <w:separator/>
      </w:r>
    </w:p>
  </w:footnote>
  <w:footnote w:type="continuationSeparator" w:id="0">
    <w:p w14:paraId="7246AF59" w14:textId="77777777" w:rsidR="00DB1964" w:rsidRDefault="00DB1964" w:rsidP="005273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02F5" w14:textId="77777777" w:rsidR="00527365" w:rsidRDefault="00527365">
    <w:pPr>
      <w:pStyle w:val="Header"/>
    </w:pPr>
    <w:r>
      <w:rPr>
        <w:noProof/>
      </w:rPr>
      <w:drawing>
        <wp:anchor distT="0" distB="0" distL="114300" distR="114300" simplePos="0" relativeHeight="251659264" behindDoc="1" locked="0" layoutInCell="1" allowOverlap="1" wp14:anchorId="12E52340" wp14:editId="7B86053E">
          <wp:simplePos x="0" y="0"/>
          <wp:positionH relativeFrom="column">
            <wp:posOffset>-1211239</wp:posOffset>
          </wp:positionH>
          <wp:positionV relativeFrom="paragraph">
            <wp:posOffset>-443552</wp:posOffset>
          </wp:positionV>
          <wp:extent cx="7806520" cy="10688595"/>
          <wp:effectExtent l="19050" t="19050" r="2349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808915" cy="10691874"/>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8F2407D"/>
    <w:multiLevelType w:val="hybridMultilevel"/>
    <w:tmpl w:val="7DC20C0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3B6C4A"/>
    <w:multiLevelType w:val="hybridMultilevel"/>
    <w:tmpl w:val="3B520E7A"/>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26635754"/>
    <w:multiLevelType w:val="hybridMultilevel"/>
    <w:tmpl w:val="F0860506"/>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2" w15:restartNumberingAfterBreak="0">
    <w:nsid w:val="336D2AB8"/>
    <w:multiLevelType w:val="hybridMultilevel"/>
    <w:tmpl w:val="3962BC0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7D5B52"/>
    <w:multiLevelType w:val="hybridMultilevel"/>
    <w:tmpl w:val="531E322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4" w15:restartNumberingAfterBreak="0">
    <w:nsid w:val="3FDF0C2A"/>
    <w:multiLevelType w:val="hybridMultilevel"/>
    <w:tmpl w:val="972867F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5" w15:restartNumberingAfterBreak="0">
    <w:nsid w:val="71674F7C"/>
    <w:multiLevelType w:val="hybridMultilevel"/>
    <w:tmpl w:val="2448256C"/>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num w:numId="1" w16cid:durableId="1042556776">
    <w:abstractNumId w:val="8"/>
  </w:num>
  <w:num w:numId="2" w16cid:durableId="1502509166">
    <w:abstractNumId w:val="6"/>
  </w:num>
  <w:num w:numId="3" w16cid:durableId="2117869633">
    <w:abstractNumId w:val="5"/>
  </w:num>
  <w:num w:numId="4" w16cid:durableId="577596901">
    <w:abstractNumId w:val="4"/>
  </w:num>
  <w:num w:numId="5" w16cid:durableId="1924801178">
    <w:abstractNumId w:val="7"/>
  </w:num>
  <w:num w:numId="6" w16cid:durableId="1860773621">
    <w:abstractNumId w:val="3"/>
  </w:num>
  <w:num w:numId="7" w16cid:durableId="254484071">
    <w:abstractNumId w:val="2"/>
  </w:num>
  <w:num w:numId="8" w16cid:durableId="1685131703">
    <w:abstractNumId w:val="1"/>
  </w:num>
  <w:num w:numId="9" w16cid:durableId="1020819157">
    <w:abstractNumId w:val="0"/>
  </w:num>
  <w:num w:numId="10" w16cid:durableId="30232978">
    <w:abstractNumId w:val="13"/>
  </w:num>
  <w:num w:numId="11" w16cid:durableId="1366756036">
    <w:abstractNumId w:val="11"/>
  </w:num>
  <w:num w:numId="12" w16cid:durableId="2089954903">
    <w:abstractNumId w:val="9"/>
  </w:num>
  <w:num w:numId="13" w16cid:durableId="789281355">
    <w:abstractNumId w:val="12"/>
  </w:num>
  <w:num w:numId="14" w16cid:durableId="1483814672">
    <w:abstractNumId w:val="10"/>
  </w:num>
  <w:num w:numId="15" w16cid:durableId="323240638">
    <w:abstractNumId w:val="14"/>
  </w:num>
  <w:num w:numId="16" w16cid:durableId="111506129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725F0"/>
    <w:rsid w:val="0029639D"/>
    <w:rsid w:val="00326F90"/>
    <w:rsid w:val="00400B0E"/>
    <w:rsid w:val="00527365"/>
    <w:rsid w:val="005750C0"/>
    <w:rsid w:val="0093185B"/>
    <w:rsid w:val="00AA1D8D"/>
    <w:rsid w:val="00B256DD"/>
    <w:rsid w:val="00B47730"/>
    <w:rsid w:val="00CB0664"/>
    <w:rsid w:val="00DB1964"/>
    <w:rsid w:val="00EF1CA3"/>
    <w:rsid w:val="00F42EBE"/>
    <w:rsid w:val="00F716EC"/>
    <w:rsid w:val="00FC693F"/>
    <w:rsid w:val="40C8D721"/>
    <w:rsid w:val="7C1C56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05AAD9"/>
  <w14:defaultImageDpi w14:val="300"/>
  <w15:docId w15:val="{F3603619-6FF5-4E06-9914-2F625753E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F0185-9D00-48E9-A61D-F266110BE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567</Words>
  <Characters>3235</Characters>
  <Application>Microsoft Office Word</Application>
  <DocSecurity>0</DocSecurity>
  <Lines>26</Lines>
  <Paragraphs>7</Paragraphs>
  <ScaleCrop>false</ScaleCrop>
  <Manager/>
  <Company/>
  <LinksUpToDate>false</LinksUpToDate>
  <CharactersWithSpaces>3795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2026-05-16T15:52:00Z</dcterms:modified>
  <cp:category/>
</cp:coreProperties>
</file>